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650D5" w:rsidRPr="009B002E" w:rsidRDefault="00FB06A7">
      <w:pPr>
        <w:spacing w:after="120" w:line="360" w:lineRule="auto"/>
        <w:jc w:val="center"/>
        <w:rPr>
          <w:lang w:val="ru-RU"/>
        </w:rPr>
      </w:pPr>
      <w:r w:rsidRPr="009B002E">
        <w:rPr>
          <w:rFonts w:ascii="Times New Roman" w:eastAsia="Times New Roman" w:hAnsi="Times New Roman"/>
          <w:b/>
          <w:sz w:val="32"/>
          <w:lang w:val="ru-RU"/>
        </w:rPr>
        <w:t>ПУБЛИЧНАЯ ОФЕРТА</w:t>
      </w:r>
    </w:p>
    <w:p w:rsidR="006650D5" w:rsidRPr="009B002E" w:rsidRDefault="00FB06A7">
      <w:pPr>
        <w:spacing w:after="120" w:line="360" w:lineRule="auto"/>
        <w:jc w:val="center"/>
        <w:rPr>
          <w:lang w:val="ru-RU"/>
        </w:rPr>
      </w:pPr>
      <w:r w:rsidRPr="009B002E">
        <w:rPr>
          <w:rFonts w:ascii="Times New Roman" w:eastAsia="Times New Roman" w:hAnsi="Times New Roman"/>
          <w:b/>
          <w:sz w:val="28"/>
          <w:lang w:val="ru-RU"/>
        </w:rPr>
        <w:t>на заключение договора розничной купли-продажи товаров</w:t>
      </w:r>
    </w:p>
    <w:p w:rsidR="006650D5" w:rsidRPr="009B002E" w:rsidRDefault="00FB06A7">
      <w:pPr>
        <w:spacing w:after="120" w:line="360" w:lineRule="auto"/>
        <w:jc w:val="center"/>
        <w:rPr>
          <w:lang w:val="ru-RU"/>
        </w:rPr>
      </w:pPr>
      <w:r w:rsidRPr="009B002E">
        <w:rPr>
          <w:rFonts w:ascii="Times New Roman" w:eastAsia="Times New Roman" w:hAnsi="Times New Roman"/>
          <w:b/>
          <w:sz w:val="28"/>
          <w:lang w:val="ru-RU"/>
        </w:rPr>
        <w:t>дистанционным способом</w:t>
      </w:r>
    </w:p>
    <w:p w:rsidR="006650D5" w:rsidRPr="009B002E" w:rsidRDefault="00FB06A7">
      <w:pPr>
        <w:spacing w:after="120" w:line="360" w:lineRule="auto"/>
        <w:rPr>
          <w:lang w:val="ru-RU"/>
        </w:rPr>
      </w:pPr>
      <w:r w:rsidRPr="009B002E">
        <w:rPr>
          <w:rFonts w:ascii="Times New Roman" w:eastAsia="Times New Roman" w:hAnsi="Times New Roman"/>
          <w:b/>
          <w:sz w:val="26"/>
          <w:lang w:val="ru-RU"/>
        </w:rPr>
        <w:t>1. ОБЩИЕ ПОЛОЖЕНИЯ</w:t>
      </w:r>
    </w:p>
    <w:p w:rsidR="006650D5" w:rsidRPr="00BE4551" w:rsidRDefault="00FB06A7" w:rsidP="00FC15DA">
      <w:pPr>
        <w:jc w:val="both"/>
        <w:rPr>
          <w:rFonts w:cs="Times New Roman"/>
          <w:szCs w:val="24"/>
          <w:lang w:val="ru-RU" w:eastAsia="ru-RU"/>
        </w:rPr>
      </w:pPr>
      <w:r w:rsidRPr="009B002E">
        <w:rPr>
          <w:lang w:val="ru-RU"/>
        </w:rPr>
        <w:t xml:space="preserve">1.1. </w:t>
      </w:r>
      <w:r w:rsidRPr="009B002E">
        <w:rPr>
          <w:lang w:val="ru-RU"/>
        </w:rPr>
        <w:t xml:space="preserve">В соответствии с пунктом 2 статьи 437 Гражданского кодекса </w:t>
      </w:r>
      <w:r w:rsidRPr="009B002E">
        <w:rPr>
          <w:lang w:val="ru-RU"/>
        </w:rPr>
        <w:t xml:space="preserve">Российской Федерации настоящий документ является публичной офертой </w:t>
      </w:r>
      <w:r w:rsidR="00BE4551" w:rsidRPr="00BE4551">
        <w:rPr>
          <w:rFonts w:cs="Times New Roman"/>
          <w:b/>
          <w:lang w:val="ru-RU"/>
        </w:rPr>
        <w:t>Индивидуальный предприниматель Баранов Иван Сергеевич</w:t>
      </w:r>
      <w:r w:rsidR="00BE4551" w:rsidRPr="00BE4551">
        <w:rPr>
          <w:rFonts w:cs="Times New Roman"/>
          <w:lang w:val="ru-RU"/>
        </w:rPr>
        <w:t>, ОГРНИП 319715400059651, ИНН 710501684607 именуемый в дальнейшем</w:t>
      </w:r>
      <w:r w:rsidRPr="009B002E">
        <w:rPr>
          <w:lang w:val="ru-RU"/>
        </w:rPr>
        <w:t xml:space="preserve"> «</w:t>
      </w:r>
      <w:r w:rsidR="009B002E">
        <w:rPr>
          <w:lang w:val="ru-RU"/>
        </w:rPr>
        <w:t>ИП Баранов</w:t>
      </w:r>
      <w:r w:rsidRPr="009B002E">
        <w:rPr>
          <w:lang w:val="ru-RU"/>
        </w:rPr>
        <w:t xml:space="preserve">» / </w:t>
      </w:r>
      <w:proofErr w:type="spellStart"/>
      <w:r>
        <w:t>Waterbaikal</w:t>
      </w:r>
      <w:proofErr w:type="spellEnd"/>
      <w:r w:rsidRPr="009B002E">
        <w:rPr>
          <w:lang w:val="ru-RU"/>
        </w:rPr>
        <w:t>.</w:t>
      </w:r>
      <w:proofErr w:type="spellStart"/>
      <w:r>
        <w:t>ru</w:t>
      </w:r>
      <w:proofErr w:type="spellEnd"/>
      <w:r w:rsidR="00BE4551" w:rsidRPr="00BE4551">
        <w:rPr>
          <w:lang w:val="ru-RU"/>
        </w:rPr>
        <w:t xml:space="preserve">, </w:t>
      </w:r>
      <w:r w:rsidRPr="009B002E">
        <w:rPr>
          <w:lang w:val="ru-RU"/>
        </w:rPr>
        <w:t xml:space="preserve">телефон: </w:t>
      </w:r>
      <w:r w:rsidR="00BE4551" w:rsidRPr="00BE4551">
        <w:rPr>
          <w:rFonts w:cs="Times New Roman"/>
          <w:color w:val="000000" w:themeColor="text1"/>
          <w:lang w:val="ru-RU"/>
        </w:rPr>
        <w:t>+7</w:t>
      </w:r>
      <w:r w:rsidR="00BE4551" w:rsidRPr="00BE4551">
        <w:rPr>
          <w:rFonts w:cs="Times New Roman"/>
          <w:color w:val="000000" w:themeColor="text1"/>
          <w:shd w:val="clear" w:color="auto" w:fill="FFFFFF"/>
          <w:lang w:val="ru-RU" w:eastAsia="ru-RU"/>
        </w:rPr>
        <w:t xml:space="preserve"> (800) 100-51-39</w:t>
      </w:r>
      <w:r w:rsidRPr="009B002E">
        <w:rPr>
          <w:lang w:val="ru-RU"/>
        </w:rPr>
        <w:t xml:space="preserve">, электронная почта: </w:t>
      </w:r>
      <w:r w:rsidRPr="009B002E">
        <w:rPr>
          <w:lang w:val="ru-RU"/>
        </w:rPr>
        <w:t xml:space="preserve"> </w:t>
      </w:r>
      <w:r w:rsidR="00BE4551">
        <w:t>info</w:t>
      </w:r>
      <w:r w:rsidR="00BE4551" w:rsidRPr="00BE4551">
        <w:rPr>
          <w:lang w:val="ru-RU"/>
        </w:rPr>
        <w:t>@</w:t>
      </w:r>
      <w:proofErr w:type="spellStart"/>
      <w:r w:rsidR="00BE4551">
        <w:t>waterbaikal</w:t>
      </w:r>
      <w:proofErr w:type="spellEnd"/>
      <w:r w:rsidR="00BE4551" w:rsidRPr="00BE4551">
        <w:rPr>
          <w:lang w:val="ru-RU"/>
        </w:rPr>
        <w:t>.</w:t>
      </w:r>
      <w:proofErr w:type="spellStart"/>
      <w:r w:rsidR="00BE4551">
        <w:t>ru</w:t>
      </w:r>
      <w:proofErr w:type="spellEnd"/>
      <w:r w:rsidR="00BE4551" w:rsidRPr="00BE4551">
        <w:rPr>
          <w:lang w:val="ru-RU"/>
        </w:rPr>
        <w:t xml:space="preserve"> </w:t>
      </w:r>
      <w:r w:rsidRPr="009B002E">
        <w:rPr>
          <w:lang w:val="ru-RU"/>
        </w:rPr>
        <w:t>(далее — «Продавец»), адресованной неограниченному кругу лиц (далее — «Покупатель») о заключении договора розничной купли</w:t>
      </w:r>
      <w:r w:rsidRPr="009B002E">
        <w:rPr>
          <w:lang w:val="ru-RU"/>
        </w:rPr>
        <w:t>-продажи товаров дистанционным способом (далее — «Договор»).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1.2. </w:t>
      </w:r>
      <w:r w:rsidRPr="009B002E">
        <w:rPr>
          <w:lang w:val="ru-RU"/>
        </w:rPr>
        <w:t xml:space="preserve">Оферта вступает в силу с момента ее размещения на сайте интернет-магазина по адресу: </w:t>
      </w:r>
      <w:r>
        <w:t>https</w:t>
      </w:r>
      <w:r w:rsidRPr="009B002E">
        <w:rPr>
          <w:lang w:val="ru-RU"/>
        </w:rPr>
        <w:t>://</w:t>
      </w:r>
      <w:proofErr w:type="spellStart"/>
      <w:r>
        <w:t>waterbaikal</w:t>
      </w:r>
      <w:proofErr w:type="spellEnd"/>
      <w:r w:rsidRPr="009B002E">
        <w:rPr>
          <w:lang w:val="ru-RU"/>
        </w:rPr>
        <w:t>.</w:t>
      </w:r>
      <w:proofErr w:type="spellStart"/>
      <w:r>
        <w:t>ru</w:t>
      </w:r>
      <w:proofErr w:type="spellEnd"/>
      <w:r w:rsidRPr="009B002E">
        <w:rPr>
          <w:lang w:val="ru-RU"/>
        </w:rPr>
        <w:t>/ и действует до ее отзыва. Продавец вправе изменить или отозвать оферту в одностор</w:t>
      </w:r>
      <w:r w:rsidRPr="009B002E">
        <w:rPr>
          <w:lang w:val="ru-RU"/>
        </w:rPr>
        <w:t>оннем порядке с публикацией изменений на указанном сайте не позднее чем за 3 (три) календарных дня до вступления изменений в силу. Заказы, оформленные до изменения оферты, исполняются на условиях, действовавших на момент оформления Заказа.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1.3. </w:t>
      </w:r>
      <w:r w:rsidRPr="009B002E">
        <w:rPr>
          <w:lang w:val="ru-RU"/>
        </w:rPr>
        <w:t>Акцептом оф</w:t>
      </w:r>
      <w:r w:rsidRPr="009B002E">
        <w:rPr>
          <w:lang w:val="ru-RU"/>
        </w:rPr>
        <w:t>ерты признается момент оформления Покупателем Заказа на сайте интернет-магазина, по телефону или иным способом, предусмотренным настоящей офертой. С момента акцепта Договор считается заключенным.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1.4. </w:t>
      </w:r>
      <w:r w:rsidRPr="009B002E">
        <w:rPr>
          <w:lang w:val="ru-RU"/>
        </w:rPr>
        <w:t>Настоящая оферта разработана в соответствии с законодат</w:t>
      </w:r>
      <w:r w:rsidRPr="009B002E">
        <w:rPr>
          <w:lang w:val="ru-RU"/>
        </w:rPr>
        <w:t>ельством Российской Федерации, в том числе Гражданским кодексом РФ, Законом РФ от 07.02.1992 № 2300-1 «О защите прав потребителей», Постановлением Правительства РФ от 31.12.2020 № 2463, Федеральным законом от 08.11.2007 № 259-ФЗ «Устав автомобильного транс</w:t>
      </w:r>
      <w:r w:rsidRPr="009B002E">
        <w:rPr>
          <w:lang w:val="ru-RU"/>
        </w:rPr>
        <w:t>порта и городского наземного электрического транспорта», Федеральным законом от 06.03.2022 № 140-ФЗ «Об информации, информационных технологиях и о защите информации».</w:t>
      </w:r>
    </w:p>
    <w:p w:rsidR="006650D5" w:rsidRPr="009B002E" w:rsidRDefault="00FB06A7">
      <w:pPr>
        <w:spacing w:after="120" w:line="360" w:lineRule="auto"/>
        <w:rPr>
          <w:lang w:val="ru-RU"/>
        </w:rPr>
      </w:pPr>
      <w:r w:rsidRPr="009B002E">
        <w:rPr>
          <w:rFonts w:ascii="Times New Roman" w:eastAsia="Times New Roman" w:hAnsi="Times New Roman"/>
          <w:b/>
          <w:sz w:val="26"/>
          <w:lang w:val="ru-RU"/>
        </w:rPr>
        <w:t>2. ОСНОВНЫЕ ТЕРМИНЫ И ОПРЕДЕЛЕНИЯ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2.1. </w:t>
      </w:r>
      <w:r w:rsidRPr="009B002E">
        <w:rPr>
          <w:lang w:val="ru-RU"/>
        </w:rPr>
        <w:t>Товар (далее — «Товар», «Продукция») — объект купл</w:t>
      </w:r>
      <w:r w:rsidRPr="009B002E">
        <w:rPr>
          <w:lang w:val="ru-RU"/>
        </w:rPr>
        <w:t xml:space="preserve">и-продажи (вещь), не изъятый и не ограниченный в гражданском обороте, представленный к продаже в Интернет-магазине. Предметом купли-продажи могут быть продовольственные и непродовольственные товары, отмеченные в Интернет-магазине как товары со статусом «в </w:t>
      </w:r>
      <w:r w:rsidRPr="009B002E">
        <w:rPr>
          <w:lang w:val="ru-RU"/>
        </w:rPr>
        <w:t>наличии». Изображения товаров, размещенные в Интернет-магазине, являются иллюстративными и могут отличаться от товара в действительности.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2.2. </w:t>
      </w:r>
      <w:r w:rsidRPr="009B002E">
        <w:rPr>
          <w:lang w:val="ru-RU"/>
        </w:rPr>
        <w:t>Бутыли (далее — «Бутыли», «Тара») из поликарбоната и ПЭТ объемом 18,9–19 л являются многооборотной тарой</w:t>
      </w:r>
      <w:r w:rsidR="00FC15DA" w:rsidRPr="00FC15DA">
        <w:rPr>
          <w:lang w:val="ru-RU"/>
        </w:rPr>
        <w:t xml:space="preserve"> (</w:t>
      </w:r>
      <w:r w:rsidR="00FC15DA">
        <w:rPr>
          <w:lang w:val="ru-RU"/>
        </w:rPr>
        <w:t>если имеет место многооборотная тара</w:t>
      </w:r>
      <w:r w:rsidR="00FC15DA" w:rsidRPr="00FC15DA">
        <w:rPr>
          <w:lang w:val="ru-RU"/>
        </w:rPr>
        <w:t>)</w:t>
      </w:r>
      <w:r w:rsidRPr="009B002E">
        <w:rPr>
          <w:lang w:val="ru-RU"/>
        </w:rPr>
        <w:t>, являютс</w:t>
      </w:r>
      <w:r w:rsidRPr="009B002E">
        <w:rPr>
          <w:lang w:val="ru-RU"/>
        </w:rPr>
        <w:t>я собственностью Продавца и подлежат возврату. Предназначены исключительно для хранения чистой питьевой воды.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2.3. </w:t>
      </w:r>
      <w:r w:rsidRPr="009B002E">
        <w:rPr>
          <w:lang w:val="ru-RU"/>
        </w:rPr>
        <w:t xml:space="preserve">Интернет-магазин — информационный ресурс в сети Интернет, принадлежащий Продавцу, расположенный по адресу: </w:t>
      </w:r>
      <w:r>
        <w:t>https</w:t>
      </w:r>
      <w:r w:rsidRPr="009B002E">
        <w:rPr>
          <w:lang w:val="ru-RU"/>
        </w:rPr>
        <w:t>://</w:t>
      </w:r>
      <w:proofErr w:type="spellStart"/>
      <w:r>
        <w:t>waterbaikal</w:t>
      </w:r>
      <w:proofErr w:type="spellEnd"/>
      <w:r w:rsidRPr="009B002E">
        <w:rPr>
          <w:lang w:val="ru-RU"/>
        </w:rPr>
        <w:t>.</w:t>
      </w:r>
      <w:proofErr w:type="spellStart"/>
      <w:r>
        <w:t>ru</w:t>
      </w:r>
      <w:proofErr w:type="spellEnd"/>
      <w:r w:rsidRPr="009B002E">
        <w:rPr>
          <w:lang w:val="ru-RU"/>
        </w:rPr>
        <w:t>/, а также м</w:t>
      </w:r>
      <w:r w:rsidRPr="009B002E">
        <w:rPr>
          <w:lang w:val="ru-RU"/>
        </w:rPr>
        <w:t xml:space="preserve">обильное приложение </w:t>
      </w:r>
      <w:proofErr w:type="spellStart"/>
      <w:r>
        <w:t>Waterbaikal</w:t>
      </w:r>
      <w:proofErr w:type="spellEnd"/>
      <w:r w:rsidRPr="009B002E">
        <w:rPr>
          <w:lang w:val="ru-RU"/>
        </w:rPr>
        <w:t xml:space="preserve"> (при наличии). Интернет-сайт доступен круглосуточно для приема и обработки заказов.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lastRenderedPageBreak/>
        <w:t xml:space="preserve">2.4. </w:t>
      </w:r>
      <w:r w:rsidRPr="009B002E">
        <w:rPr>
          <w:lang w:val="ru-RU"/>
        </w:rPr>
        <w:t>Покупатель — физическое или юридическое лицо, имеющее намерение заказать или приобрести Товар и разместившее Заказ в Интернет-магазине,</w:t>
      </w:r>
      <w:r w:rsidRPr="009B002E">
        <w:rPr>
          <w:lang w:val="ru-RU"/>
        </w:rPr>
        <w:t xml:space="preserve"> либо указанное в Заказе в качестве получателя Товара.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— Покупатель-физическое лицо: гражданин РФ, приобретающий Товар исключительно для личных, семейных, домашних и иных нужд, не связанных с осуществлением предпринимательской деятельности. К отношениям с </w:t>
      </w:r>
      <w:r w:rsidRPr="009B002E">
        <w:rPr>
          <w:lang w:val="ru-RU"/>
        </w:rPr>
        <w:t>таким Покупателем применяются положения Закона РФ «О защите прав потребителей».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>— Покупатель-юридическое лицо: организация или индивидуальный предприниматель, приобретающие Товар для нужд, связанных с предпринимательской деятельностью. К отношениям с таким</w:t>
      </w:r>
      <w:r w:rsidRPr="009B002E">
        <w:rPr>
          <w:lang w:val="ru-RU"/>
        </w:rPr>
        <w:t xml:space="preserve"> Покупателем применяются положения Гражданского кодекса РФ без распространения норм Закона РФ «О защите прав потребителей».</w:t>
      </w:r>
    </w:p>
    <w:p w:rsidR="006650D5" w:rsidRPr="00FC15DA" w:rsidRDefault="00FB06A7" w:rsidP="00FC15DA">
      <w:pPr>
        <w:jc w:val="both"/>
        <w:rPr>
          <w:lang w:val="ru-RU"/>
        </w:rPr>
      </w:pPr>
      <w:r w:rsidRPr="009B002E">
        <w:rPr>
          <w:rFonts w:ascii="Times New Roman" w:eastAsia="Times New Roman" w:hAnsi="Times New Roman"/>
          <w:sz w:val="24"/>
          <w:lang w:val="ru-RU"/>
        </w:rPr>
        <w:t xml:space="preserve">2.5. </w:t>
      </w:r>
      <w:r w:rsidR="00FC15DA" w:rsidRPr="00BE4551">
        <w:rPr>
          <w:b/>
          <w:lang w:val="ru-RU"/>
        </w:rPr>
        <w:t>Индивидуальный предприниматель Баранов Иван Сергеевич</w:t>
      </w:r>
      <w:r w:rsidR="00FC15DA" w:rsidRPr="009B002E">
        <w:rPr>
          <w:rFonts w:ascii="Times New Roman" w:eastAsia="Times New Roman" w:hAnsi="Times New Roman"/>
          <w:sz w:val="24"/>
          <w:lang w:val="ru-RU"/>
        </w:rPr>
        <w:t xml:space="preserve"> </w:t>
      </w:r>
      <w:r w:rsidRPr="009B002E">
        <w:rPr>
          <w:rFonts w:ascii="Times New Roman" w:eastAsia="Times New Roman" w:hAnsi="Times New Roman"/>
          <w:sz w:val="24"/>
          <w:lang w:val="ru-RU"/>
        </w:rPr>
        <w:t xml:space="preserve">/ </w:t>
      </w:r>
      <w:proofErr w:type="spellStart"/>
      <w:r>
        <w:rPr>
          <w:rFonts w:ascii="Times New Roman" w:eastAsia="Times New Roman" w:hAnsi="Times New Roman"/>
          <w:sz w:val="24"/>
        </w:rPr>
        <w:t>Waterbaikal</w:t>
      </w:r>
      <w:proofErr w:type="spellEnd"/>
      <w:r w:rsidRPr="009B002E">
        <w:rPr>
          <w:rFonts w:ascii="Times New Roman" w:eastAsia="Times New Roman" w:hAnsi="Times New Roman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sz w:val="24"/>
        </w:rPr>
        <w:t>ru</w:t>
      </w:r>
      <w:proofErr w:type="spellEnd"/>
      <w:r w:rsidRPr="009B002E">
        <w:rPr>
          <w:rFonts w:ascii="Times New Roman" w:eastAsia="Times New Roman" w:hAnsi="Times New Roman"/>
          <w:sz w:val="24"/>
          <w:lang w:val="ru-RU"/>
        </w:rPr>
        <w:t xml:space="preserve"> (</w:t>
      </w:r>
      <w:r w:rsidR="00FC15DA" w:rsidRPr="00BE4551">
        <w:rPr>
          <w:lang w:val="ru-RU"/>
        </w:rPr>
        <w:t>ОГРНИП 319715400059651, ИНН 710501684607</w:t>
      </w:r>
      <w:r w:rsidR="00FC15DA">
        <w:rPr>
          <w:lang w:val="ru-RU"/>
        </w:rPr>
        <w:t xml:space="preserve">) </w:t>
      </w:r>
      <w:r w:rsidRPr="009B002E">
        <w:rPr>
          <w:rFonts w:ascii="Times New Roman" w:eastAsia="Times New Roman" w:hAnsi="Times New Roman"/>
          <w:sz w:val="24"/>
          <w:lang w:val="ru-RU"/>
        </w:rPr>
        <w:t>осуществляющее продажу Товаров дистанционным способом</w:t>
      </w:r>
      <w:r w:rsidR="00FC15DA">
        <w:rPr>
          <w:rFonts w:ascii="Times New Roman" w:eastAsia="Times New Roman" w:hAnsi="Times New Roman"/>
          <w:sz w:val="24"/>
          <w:lang w:val="ru-RU"/>
        </w:rPr>
        <w:t>, адрес расположения склада</w:t>
      </w:r>
      <w:r w:rsidR="00FC15DA" w:rsidRPr="00FC15DA">
        <w:rPr>
          <w:rFonts w:ascii="Times New Roman" w:eastAsia="Times New Roman" w:hAnsi="Times New Roman"/>
          <w:sz w:val="24"/>
          <w:lang w:val="ru-RU"/>
        </w:rPr>
        <w:t xml:space="preserve">: </w:t>
      </w:r>
      <w:r w:rsidR="00FC15DA">
        <w:rPr>
          <w:rFonts w:ascii="Times New Roman" w:eastAsia="Times New Roman" w:hAnsi="Times New Roman"/>
          <w:sz w:val="24"/>
          <w:lang w:val="ru-RU"/>
        </w:rPr>
        <w:t xml:space="preserve">г. Москва, 8-я, улица Соколиной горы 15а </w:t>
      </w:r>
      <w:proofErr w:type="spellStart"/>
      <w:r w:rsidR="00FC15DA">
        <w:rPr>
          <w:rFonts w:ascii="Times New Roman" w:eastAsia="Times New Roman" w:hAnsi="Times New Roman"/>
          <w:sz w:val="24"/>
          <w:lang w:val="ru-RU"/>
        </w:rPr>
        <w:t>стр</w:t>
      </w:r>
      <w:proofErr w:type="spellEnd"/>
      <w:r w:rsidR="00FC15DA">
        <w:rPr>
          <w:rFonts w:ascii="Times New Roman" w:eastAsia="Times New Roman" w:hAnsi="Times New Roman"/>
          <w:sz w:val="24"/>
          <w:lang w:val="ru-RU"/>
        </w:rPr>
        <w:t xml:space="preserve"> 2.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rFonts w:ascii="Times New Roman" w:eastAsia="Times New Roman" w:hAnsi="Times New Roman"/>
          <w:sz w:val="24"/>
          <w:lang w:val="ru-RU"/>
        </w:rPr>
        <w:t xml:space="preserve">2.6. </w:t>
      </w:r>
      <w:r w:rsidRPr="009B002E">
        <w:rPr>
          <w:rFonts w:ascii="Times New Roman" w:eastAsia="Times New Roman" w:hAnsi="Times New Roman"/>
          <w:sz w:val="24"/>
          <w:lang w:val="ru-RU"/>
        </w:rPr>
        <w:t>Заказ — оформленный запрос Покупателя на покупку и доставку товара, который есть в н</w:t>
      </w:r>
      <w:r w:rsidRPr="009B002E">
        <w:rPr>
          <w:rFonts w:ascii="Times New Roman" w:eastAsia="Times New Roman" w:hAnsi="Times New Roman"/>
          <w:sz w:val="24"/>
          <w:lang w:val="ru-RU"/>
        </w:rPr>
        <w:t>аличии у Продавца на складе, по указанному в запросе адресу, отправленный посредством сети Интернет, телефонного звонка, сообщения на электронную почту или через Личный кабинет.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rFonts w:ascii="Times New Roman" w:eastAsia="Times New Roman" w:hAnsi="Times New Roman"/>
          <w:sz w:val="24"/>
          <w:lang w:val="ru-RU"/>
        </w:rPr>
        <w:t xml:space="preserve">2.7. </w:t>
      </w:r>
      <w:r w:rsidRPr="009B002E">
        <w:rPr>
          <w:rFonts w:ascii="Times New Roman" w:eastAsia="Times New Roman" w:hAnsi="Times New Roman"/>
          <w:sz w:val="24"/>
          <w:lang w:val="ru-RU"/>
        </w:rPr>
        <w:t>Условия доставки — условия, регламентирующие порядок доставки Товаров, из</w:t>
      </w:r>
      <w:r w:rsidRPr="009B002E">
        <w:rPr>
          <w:rFonts w:ascii="Times New Roman" w:eastAsia="Times New Roman" w:hAnsi="Times New Roman"/>
          <w:sz w:val="24"/>
          <w:lang w:val="ru-RU"/>
        </w:rPr>
        <w:t xml:space="preserve">ложенные в настоящей Публичной оферте и на сайте </w:t>
      </w:r>
      <w:r>
        <w:rPr>
          <w:rFonts w:ascii="Times New Roman" w:eastAsia="Times New Roman" w:hAnsi="Times New Roman"/>
          <w:sz w:val="24"/>
        </w:rPr>
        <w:t>https</w:t>
      </w:r>
      <w:r w:rsidRPr="009B002E">
        <w:rPr>
          <w:rFonts w:ascii="Times New Roman" w:eastAsia="Times New Roman" w:hAnsi="Times New Roman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sz w:val="24"/>
        </w:rPr>
        <w:t>waterbaikal</w:t>
      </w:r>
      <w:proofErr w:type="spellEnd"/>
      <w:r w:rsidRPr="009B002E">
        <w:rPr>
          <w:rFonts w:ascii="Times New Roman" w:eastAsia="Times New Roman" w:hAnsi="Times New Roman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sz w:val="24"/>
        </w:rPr>
        <w:t>ru</w:t>
      </w:r>
      <w:proofErr w:type="spellEnd"/>
      <w:r w:rsidRPr="009B002E">
        <w:rPr>
          <w:rFonts w:ascii="Times New Roman" w:eastAsia="Times New Roman" w:hAnsi="Times New Roman"/>
          <w:sz w:val="24"/>
          <w:lang w:val="ru-RU"/>
        </w:rPr>
        <w:t>/</w:t>
      </w:r>
      <w:r>
        <w:rPr>
          <w:rFonts w:ascii="Times New Roman" w:eastAsia="Times New Roman" w:hAnsi="Times New Roman"/>
          <w:sz w:val="24"/>
        </w:rPr>
        <w:t>services</w:t>
      </w:r>
      <w:r w:rsidRPr="009B002E">
        <w:rPr>
          <w:rFonts w:ascii="Times New Roman" w:eastAsia="Times New Roman" w:hAnsi="Times New Roman"/>
          <w:sz w:val="24"/>
          <w:lang w:val="ru-RU"/>
        </w:rPr>
        <w:t>/</w:t>
      </w:r>
      <w:proofErr w:type="spellStart"/>
      <w:r>
        <w:rPr>
          <w:rFonts w:ascii="Times New Roman" w:eastAsia="Times New Roman" w:hAnsi="Times New Roman"/>
          <w:sz w:val="24"/>
        </w:rPr>
        <w:t>dostavka</w:t>
      </w:r>
      <w:proofErr w:type="spellEnd"/>
      <w:r w:rsidRPr="009B002E">
        <w:rPr>
          <w:rFonts w:ascii="Times New Roman" w:eastAsia="Times New Roman" w:hAnsi="Times New Roman"/>
          <w:sz w:val="24"/>
          <w:lang w:val="ru-RU"/>
        </w:rPr>
        <w:t>/.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rFonts w:ascii="Times New Roman" w:eastAsia="Times New Roman" w:hAnsi="Times New Roman"/>
          <w:sz w:val="24"/>
          <w:lang w:val="ru-RU"/>
        </w:rPr>
        <w:t xml:space="preserve">2.8. </w:t>
      </w:r>
      <w:r w:rsidRPr="009B002E">
        <w:rPr>
          <w:rFonts w:ascii="Times New Roman" w:eastAsia="Times New Roman" w:hAnsi="Times New Roman"/>
          <w:sz w:val="24"/>
          <w:lang w:val="ru-RU"/>
        </w:rPr>
        <w:t xml:space="preserve">Личный кабинет — совокупность страниц сайта </w:t>
      </w:r>
      <w:r>
        <w:rPr>
          <w:rFonts w:ascii="Times New Roman" w:eastAsia="Times New Roman" w:hAnsi="Times New Roman"/>
          <w:sz w:val="24"/>
        </w:rPr>
        <w:t>https</w:t>
      </w:r>
      <w:r w:rsidRPr="009B002E">
        <w:rPr>
          <w:rFonts w:ascii="Times New Roman" w:eastAsia="Times New Roman" w:hAnsi="Times New Roman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sz w:val="24"/>
        </w:rPr>
        <w:t>waterbaikal</w:t>
      </w:r>
      <w:proofErr w:type="spellEnd"/>
      <w:r w:rsidRPr="009B002E">
        <w:rPr>
          <w:rFonts w:ascii="Times New Roman" w:eastAsia="Times New Roman" w:hAnsi="Times New Roman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sz w:val="24"/>
        </w:rPr>
        <w:t>ru</w:t>
      </w:r>
      <w:proofErr w:type="spellEnd"/>
      <w:r w:rsidRPr="009B002E">
        <w:rPr>
          <w:rFonts w:ascii="Times New Roman" w:eastAsia="Times New Roman" w:hAnsi="Times New Roman"/>
          <w:sz w:val="24"/>
          <w:lang w:val="ru-RU"/>
        </w:rPr>
        <w:t>/, созданных в результате регистрации Покупателя, в котором Покупателю доступно взаимодействи</w:t>
      </w:r>
      <w:r w:rsidRPr="009B002E">
        <w:rPr>
          <w:rFonts w:ascii="Times New Roman" w:eastAsia="Times New Roman" w:hAnsi="Times New Roman"/>
          <w:sz w:val="24"/>
          <w:lang w:val="ru-RU"/>
        </w:rPr>
        <w:t>е с Продавцом.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rFonts w:ascii="Times New Roman" w:eastAsia="Times New Roman" w:hAnsi="Times New Roman"/>
          <w:sz w:val="24"/>
          <w:lang w:val="ru-RU"/>
        </w:rPr>
        <w:t xml:space="preserve">2.9. </w:t>
      </w:r>
      <w:r w:rsidRPr="009B002E">
        <w:rPr>
          <w:rFonts w:ascii="Times New Roman" w:eastAsia="Times New Roman" w:hAnsi="Times New Roman"/>
          <w:sz w:val="24"/>
          <w:lang w:val="ru-RU"/>
        </w:rPr>
        <w:t>Обеспечительный платеж</w:t>
      </w:r>
      <w:r w:rsidR="00FC15DA">
        <w:rPr>
          <w:rFonts w:ascii="Times New Roman" w:eastAsia="Times New Roman" w:hAnsi="Times New Roman"/>
          <w:sz w:val="24"/>
          <w:lang w:val="ru-RU"/>
        </w:rPr>
        <w:t>, предоплата,</w:t>
      </w:r>
      <w:r w:rsidRPr="009B002E">
        <w:rPr>
          <w:rFonts w:ascii="Times New Roman" w:eastAsia="Times New Roman" w:hAnsi="Times New Roman"/>
          <w:sz w:val="24"/>
          <w:lang w:val="ru-RU"/>
        </w:rPr>
        <w:t xml:space="preserve"> (залог/депозит) — денежные средства, вносимые Покупателем в обеспечение сохранности </w:t>
      </w:r>
      <w:r w:rsidR="00FC15DA">
        <w:rPr>
          <w:rFonts w:ascii="Times New Roman" w:eastAsia="Times New Roman" w:hAnsi="Times New Roman"/>
          <w:sz w:val="24"/>
          <w:lang w:val="ru-RU"/>
        </w:rPr>
        <w:t>товара,</w:t>
      </w:r>
      <w:r w:rsidRPr="009B002E">
        <w:rPr>
          <w:rFonts w:ascii="Times New Roman" w:eastAsia="Times New Roman" w:hAnsi="Times New Roman"/>
          <w:sz w:val="24"/>
          <w:lang w:val="ru-RU"/>
        </w:rPr>
        <w:t xml:space="preserve"> тары и/или оборудования.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rFonts w:ascii="Times New Roman" w:eastAsia="Times New Roman" w:hAnsi="Times New Roman"/>
          <w:sz w:val="24"/>
          <w:lang w:val="ru-RU"/>
        </w:rPr>
        <w:t xml:space="preserve">2.10. </w:t>
      </w:r>
      <w:r w:rsidRPr="009B002E">
        <w:rPr>
          <w:rFonts w:ascii="Times New Roman" w:eastAsia="Times New Roman" w:hAnsi="Times New Roman"/>
          <w:sz w:val="24"/>
          <w:lang w:val="ru-RU"/>
        </w:rPr>
        <w:t>Доставка товара — способ исполнения Продавцом обязанности по передаче Товара Покупа</w:t>
      </w:r>
      <w:r w:rsidRPr="009B002E">
        <w:rPr>
          <w:rFonts w:ascii="Times New Roman" w:eastAsia="Times New Roman" w:hAnsi="Times New Roman"/>
          <w:sz w:val="24"/>
          <w:lang w:val="ru-RU"/>
        </w:rPr>
        <w:t>телю, не являющийся самостоятельной услугой по перевозке груза. Доставка осуществляется силами Продавца и/или привлеченными им третьими лицами.</w:t>
      </w:r>
    </w:p>
    <w:p w:rsidR="006650D5" w:rsidRPr="009B002E" w:rsidRDefault="00FB06A7">
      <w:pPr>
        <w:spacing w:after="120" w:line="360" w:lineRule="auto"/>
        <w:rPr>
          <w:lang w:val="ru-RU"/>
        </w:rPr>
      </w:pPr>
      <w:r w:rsidRPr="009B002E">
        <w:rPr>
          <w:rFonts w:ascii="Times New Roman" w:eastAsia="Times New Roman" w:hAnsi="Times New Roman"/>
          <w:b/>
          <w:sz w:val="26"/>
          <w:lang w:val="ru-RU"/>
        </w:rPr>
        <w:t>3. ПРЕДМЕТ ДОГОВОРА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3.1. </w:t>
      </w:r>
      <w:r w:rsidRPr="009B002E">
        <w:rPr>
          <w:lang w:val="ru-RU"/>
        </w:rPr>
        <w:t xml:space="preserve">Продавец обязуется передать в собственность Покупателю, а Покупатель обязуется принять </w:t>
      </w:r>
      <w:r w:rsidRPr="009B002E">
        <w:rPr>
          <w:lang w:val="ru-RU"/>
        </w:rPr>
        <w:t>и оплатить Товар, заказанный на условиях настоящей оферты, а также оказать сопутствующие услуги в соответствии с условиями Договора.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3.2. </w:t>
      </w:r>
      <w:r w:rsidRPr="009B002E">
        <w:rPr>
          <w:lang w:val="ru-RU"/>
        </w:rPr>
        <w:t>Настоящая Публичная оферта регулирует взаимоотношения Продавца и Покупателя, определяет порядок розничной купли-продаж</w:t>
      </w:r>
      <w:r w:rsidRPr="009B002E">
        <w:rPr>
          <w:lang w:val="ru-RU"/>
        </w:rPr>
        <w:t>и Товаров через Интернет-магазин и является публичной офертой Продавца, адресованной Покупателям — физическим и юридическим лицам.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lastRenderedPageBreak/>
        <w:t xml:space="preserve">3.3. </w:t>
      </w:r>
      <w:r w:rsidRPr="009B002E">
        <w:rPr>
          <w:lang w:val="ru-RU"/>
        </w:rPr>
        <w:t>Продавец сохраняет за собой право в одностороннем порядке вносить изменения в условия настоящей Публичной оферты с их пу</w:t>
      </w:r>
      <w:r w:rsidRPr="009B002E">
        <w:rPr>
          <w:lang w:val="ru-RU"/>
        </w:rPr>
        <w:t>бликацией на сайте. Все изменения вступают в силу и считаются доведенными до сведения Покупателя в момент их размещения на указанной интернет-странице. Условия для оформленных и подтвержденных Заказов изменению не подлежат.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3.4. </w:t>
      </w:r>
      <w:r w:rsidRPr="009B002E">
        <w:rPr>
          <w:lang w:val="ru-RU"/>
        </w:rPr>
        <w:t xml:space="preserve">Использование </w:t>
      </w:r>
      <w:r w:rsidRPr="009B002E">
        <w:rPr>
          <w:lang w:val="ru-RU"/>
        </w:rPr>
        <w:t>ресурса Интернет-магазина для просмотра и выбора Товара, а также для оформления Заказа является для Покупателя безвозмездным.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3.5. </w:t>
      </w:r>
      <w:r w:rsidRPr="009B002E">
        <w:rPr>
          <w:lang w:val="ru-RU"/>
        </w:rPr>
        <w:t>Осуществляя Заказ, Покупатель соглашается с тем, что Продавец может поручить исполнение Договора третьим лицам (курьерским сл</w:t>
      </w:r>
      <w:r w:rsidRPr="009B002E">
        <w:rPr>
          <w:lang w:val="ru-RU"/>
        </w:rPr>
        <w:t>ужбам, перевозчикам, экспедиторам), при этом оставаясь ответственным перед Покупателем за исполнение Договора.</w:t>
      </w:r>
    </w:p>
    <w:p w:rsidR="006650D5" w:rsidRPr="009B002E" w:rsidRDefault="00FB06A7">
      <w:pPr>
        <w:spacing w:after="120" w:line="360" w:lineRule="auto"/>
        <w:rPr>
          <w:lang w:val="ru-RU"/>
        </w:rPr>
      </w:pPr>
      <w:r w:rsidRPr="009B002E">
        <w:rPr>
          <w:rFonts w:ascii="Times New Roman" w:eastAsia="Times New Roman" w:hAnsi="Times New Roman"/>
          <w:b/>
          <w:sz w:val="26"/>
          <w:lang w:val="ru-RU"/>
        </w:rPr>
        <w:t>4. ПОРЯДОК ЗАКЛЮЧЕНИЯ ДОГОВОРА И ОФОРМЛЕНИЯ ЗАКАЗА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4.1. </w:t>
      </w:r>
      <w:r w:rsidRPr="009B002E">
        <w:rPr>
          <w:lang w:val="ru-RU"/>
        </w:rPr>
        <w:t xml:space="preserve">Акцептом оферты признается момент оформления Покупателем Заказа на Товар. С этого </w:t>
      </w:r>
      <w:r w:rsidRPr="009B002E">
        <w:rPr>
          <w:lang w:val="ru-RU"/>
        </w:rPr>
        <w:t>момента Договор считается заключенным.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4.2. </w:t>
      </w:r>
      <w:r w:rsidRPr="009B002E">
        <w:rPr>
          <w:lang w:val="ru-RU"/>
        </w:rPr>
        <w:t xml:space="preserve">Ассортимент Товаров определяется на сайте Продавца </w:t>
      </w:r>
      <w:r>
        <w:t>https</w:t>
      </w:r>
      <w:r w:rsidRPr="009B002E">
        <w:rPr>
          <w:lang w:val="ru-RU"/>
        </w:rPr>
        <w:t>://</w:t>
      </w:r>
      <w:proofErr w:type="spellStart"/>
      <w:r>
        <w:t>waterbaikal</w:t>
      </w:r>
      <w:proofErr w:type="spellEnd"/>
      <w:r w:rsidRPr="009B002E">
        <w:rPr>
          <w:lang w:val="ru-RU"/>
        </w:rPr>
        <w:t>.</w:t>
      </w:r>
      <w:proofErr w:type="spellStart"/>
      <w:r>
        <w:t>ru</w:t>
      </w:r>
      <w:proofErr w:type="spellEnd"/>
      <w:r w:rsidRPr="009B002E">
        <w:rPr>
          <w:lang w:val="ru-RU"/>
        </w:rPr>
        <w:t>/.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4.3. </w:t>
      </w:r>
      <w:r w:rsidRPr="009B002E">
        <w:rPr>
          <w:lang w:val="ru-RU"/>
        </w:rPr>
        <w:t xml:space="preserve">Заказ может быть оформлен по телефону, по электронной почте, на сайте Интернет-магазина </w:t>
      </w:r>
      <w:r>
        <w:t>https</w:t>
      </w:r>
      <w:r w:rsidRPr="009B002E">
        <w:rPr>
          <w:lang w:val="ru-RU"/>
        </w:rPr>
        <w:t>://</w:t>
      </w:r>
      <w:proofErr w:type="spellStart"/>
      <w:r>
        <w:t>waterbaikal</w:t>
      </w:r>
      <w:proofErr w:type="spellEnd"/>
      <w:r w:rsidRPr="009B002E">
        <w:rPr>
          <w:lang w:val="ru-RU"/>
        </w:rPr>
        <w:t>.</w:t>
      </w:r>
      <w:proofErr w:type="spellStart"/>
      <w:r>
        <w:t>ru</w:t>
      </w:r>
      <w:proofErr w:type="spellEnd"/>
      <w:r w:rsidRPr="009B002E">
        <w:rPr>
          <w:lang w:val="ru-RU"/>
        </w:rPr>
        <w:t>/ или через Личный ка</w:t>
      </w:r>
      <w:r w:rsidRPr="009B002E">
        <w:rPr>
          <w:lang w:val="ru-RU"/>
        </w:rPr>
        <w:t>бинет. Для создания Личного кабинета Покупателю необходимо осуществить регистрацию на сайте. Покупатель подтверждает, что ознакомлен с условиями продажи Товаров, изложенных в настоящем Договоре, и предоставляет Продавцу достоверную информацию о себе.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4.4. </w:t>
      </w:r>
      <w:r w:rsidRPr="009B002E">
        <w:rPr>
          <w:lang w:val="ru-RU"/>
        </w:rPr>
        <w:t>После завершения оформления Заказу автоматически присваивается идентификационный номер («№ заказа»). Заказ считается оформленным в момент нажатия кнопки «Оформить» при самостоятельном оформлении на сайте, либо устного подтверждения заказа по телефону опера</w:t>
      </w:r>
      <w:r w:rsidRPr="009B002E">
        <w:rPr>
          <w:lang w:val="ru-RU"/>
        </w:rPr>
        <w:t>тору.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4.5. </w:t>
      </w:r>
      <w:r w:rsidRPr="009B002E">
        <w:rPr>
          <w:lang w:val="ru-RU"/>
        </w:rPr>
        <w:t>После получения Заказа Продавец приступает к его обработке. Продавец проверяет наличие Товаров на складе и в случае их отсутствия связывается с Покупателем для корректировки Заказа. В случае, если Продавцу не удалось связаться с Покупателем, Тов</w:t>
      </w:r>
      <w:r w:rsidRPr="009B002E">
        <w:rPr>
          <w:lang w:val="ru-RU"/>
        </w:rPr>
        <w:t>ары, которых нет в наличии, удаляются из Заказа.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4.6. </w:t>
      </w:r>
      <w:r w:rsidRPr="009B002E">
        <w:rPr>
          <w:lang w:val="ru-RU"/>
        </w:rPr>
        <w:t>Оформляя Заказ, Покупатель подтверждает, что: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>— является дееспособным гражданином или уполномоченным представителем юридического лица;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>— ознакомлен с действующей редакцией оферты и согласен с ее условия</w:t>
      </w:r>
      <w:r w:rsidRPr="009B002E">
        <w:rPr>
          <w:lang w:val="ru-RU"/>
        </w:rPr>
        <w:t>ми;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>— принимает на себя обязательство оплатить заказанный товар и принять его;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>— предоставил достоверную информацию при регистрации и оформлении Заказа;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>— дает согласие на обработку персональных данных в целях заключения и исполнения Договора (п. 5 ч. 1 ст</w:t>
      </w:r>
      <w:r w:rsidRPr="009B002E">
        <w:rPr>
          <w:lang w:val="ru-RU"/>
        </w:rPr>
        <w:t>. 6 Федерального закона от 27.07.2006 № 152-ФЗ «О персональных данных»);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lastRenderedPageBreak/>
        <w:t>— дает предварительное согласие на получение рекламно-информационных сообщений (ч. 1 ст. 18 Федерального закона от 13.03.2006 № 38-ФЗ «О рекламе»). Покупатель вправе отозвать согласие</w:t>
      </w:r>
      <w:r w:rsidRPr="009B002E">
        <w:rPr>
          <w:lang w:val="ru-RU"/>
        </w:rPr>
        <w:t xml:space="preserve"> в любое время через Личный кабинет или письменно по электронной почте.</w:t>
      </w:r>
    </w:p>
    <w:p w:rsidR="006650D5" w:rsidRPr="009B002E" w:rsidRDefault="00FB06A7" w:rsidP="00FC15DA">
      <w:pPr>
        <w:jc w:val="both"/>
        <w:rPr>
          <w:lang w:val="ru-RU"/>
        </w:rPr>
      </w:pPr>
      <w:r w:rsidRPr="009B002E">
        <w:rPr>
          <w:lang w:val="ru-RU"/>
        </w:rPr>
        <w:t xml:space="preserve">4.7. </w:t>
      </w:r>
      <w:r w:rsidRPr="009B002E">
        <w:rPr>
          <w:lang w:val="ru-RU"/>
        </w:rPr>
        <w:t xml:space="preserve">Обработка персональных данных осуществляется в соответствии с Политикой конфиденциальности Продавца, размещенной на сайте </w:t>
      </w:r>
      <w:r>
        <w:t>https</w:t>
      </w:r>
      <w:r w:rsidRPr="009B002E">
        <w:rPr>
          <w:lang w:val="ru-RU"/>
        </w:rPr>
        <w:t>://</w:t>
      </w:r>
      <w:proofErr w:type="spellStart"/>
      <w:r>
        <w:t>waterbaikal</w:t>
      </w:r>
      <w:proofErr w:type="spellEnd"/>
      <w:r w:rsidRPr="009B002E">
        <w:rPr>
          <w:lang w:val="ru-RU"/>
        </w:rPr>
        <w:t>.</w:t>
      </w:r>
      <w:proofErr w:type="spellStart"/>
      <w:r>
        <w:t>ru</w:t>
      </w:r>
      <w:proofErr w:type="spellEnd"/>
      <w:r w:rsidRPr="009B002E">
        <w:rPr>
          <w:lang w:val="ru-RU"/>
        </w:rPr>
        <w:t xml:space="preserve">/, и действующим законодательством </w:t>
      </w:r>
      <w:r w:rsidRPr="009B002E">
        <w:rPr>
          <w:lang w:val="ru-RU"/>
        </w:rPr>
        <w:t>РФ.</w:t>
      </w:r>
    </w:p>
    <w:p w:rsidR="006650D5" w:rsidRPr="009B002E" w:rsidRDefault="00FB06A7">
      <w:pPr>
        <w:spacing w:after="120" w:line="360" w:lineRule="auto"/>
        <w:rPr>
          <w:lang w:val="ru-RU"/>
        </w:rPr>
      </w:pPr>
      <w:r w:rsidRPr="009B002E">
        <w:rPr>
          <w:rFonts w:ascii="Times New Roman" w:eastAsia="Times New Roman" w:hAnsi="Times New Roman"/>
          <w:b/>
          <w:sz w:val="26"/>
          <w:lang w:val="ru-RU"/>
        </w:rPr>
        <w:t>5. СТОИМОСТЬ И ПОРЯДОК ОПЛАТЫ ТОВАРА</w:t>
      </w:r>
    </w:p>
    <w:p w:rsidR="006650D5" w:rsidRPr="009B002E" w:rsidRDefault="00FB06A7" w:rsidP="00947986">
      <w:pPr>
        <w:jc w:val="both"/>
        <w:rPr>
          <w:lang w:val="ru-RU"/>
        </w:rPr>
      </w:pPr>
      <w:r w:rsidRPr="009B002E">
        <w:rPr>
          <w:lang w:val="ru-RU"/>
        </w:rPr>
        <w:t xml:space="preserve">5.1. </w:t>
      </w:r>
      <w:r w:rsidRPr="009B002E">
        <w:rPr>
          <w:lang w:val="ru-RU"/>
        </w:rPr>
        <w:t>Цена Товара указывается на сайте Интернет-магазина и может изменяться Продавцом в одностороннем порядке. Цена на уже оформленный и подтвержденный Заказ изменению не подлежит</w:t>
      </w:r>
      <w:r w:rsidR="00FC15DA">
        <w:rPr>
          <w:lang w:val="ru-RU"/>
        </w:rPr>
        <w:t xml:space="preserve"> кроме случаев возникновения технических сбоев или ошибок при </w:t>
      </w:r>
      <w:r w:rsidR="00947986">
        <w:rPr>
          <w:lang w:val="ru-RU"/>
        </w:rPr>
        <w:t xml:space="preserve">расчетах стоимости товаров и услуг </w:t>
      </w:r>
    </w:p>
    <w:p w:rsidR="006650D5" w:rsidRPr="009B002E" w:rsidRDefault="00FB06A7" w:rsidP="00947986">
      <w:pPr>
        <w:jc w:val="both"/>
        <w:rPr>
          <w:lang w:val="ru-RU"/>
        </w:rPr>
      </w:pPr>
      <w:r w:rsidRPr="009B002E">
        <w:rPr>
          <w:lang w:val="ru-RU"/>
        </w:rPr>
        <w:t xml:space="preserve">5.2. </w:t>
      </w:r>
      <w:r w:rsidRPr="009B002E">
        <w:rPr>
          <w:lang w:val="ru-RU"/>
        </w:rPr>
        <w:t xml:space="preserve">Итоговая сумма Заказа состоит </w:t>
      </w:r>
      <w:r w:rsidRPr="009B002E">
        <w:rPr>
          <w:lang w:val="ru-RU"/>
        </w:rPr>
        <w:t>из цены Товара, стоимости доставки (в зависимости от условий), стоимости залога за оборотную тару, а также возможных дополнительных услуг, указанных в Заказе.</w:t>
      </w:r>
    </w:p>
    <w:p w:rsidR="006650D5" w:rsidRPr="009B002E" w:rsidRDefault="00FB06A7" w:rsidP="00947986">
      <w:pPr>
        <w:jc w:val="both"/>
        <w:rPr>
          <w:lang w:val="ru-RU"/>
        </w:rPr>
      </w:pPr>
      <w:r w:rsidRPr="009B002E">
        <w:rPr>
          <w:lang w:val="ru-RU"/>
        </w:rPr>
        <w:t xml:space="preserve">5.3. </w:t>
      </w:r>
      <w:r w:rsidRPr="009B002E">
        <w:rPr>
          <w:lang w:val="ru-RU"/>
        </w:rPr>
        <w:t>Стоимость доставки, указанная на сайте и в Заказе, является элементом цены товара, отражающи</w:t>
      </w:r>
      <w:r w:rsidRPr="009B002E">
        <w:rPr>
          <w:lang w:val="ru-RU"/>
        </w:rPr>
        <w:t>м затраты Продавца на исполнение обязанности по доставке товара до места, определенного Договором. Выделение стоимости доставки отдельной строкой в счете, УПД, кассовом чеке или спецификации не образует самостоятельного договора перевозки груза.</w:t>
      </w:r>
    </w:p>
    <w:p w:rsidR="006650D5" w:rsidRPr="009B002E" w:rsidRDefault="00FB06A7" w:rsidP="00947986">
      <w:pPr>
        <w:jc w:val="both"/>
        <w:rPr>
          <w:lang w:val="ru-RU"/>
        </w:rPr>
      </w:pPr>
      <w:r w:rsidRPr="009B002E">
        <w:rPr>
          <w:lang w:val="ru-RU"/>
        </w:rPr>
        <w:t xml:space="preserve">5.4. </w:t>
      </w:r>
      <w:r w:rsidRPr="009B002E">
        <w:rPr>
          <w:lang w:val="ru-RU"/>
        </w:rPr>
        <w:t>Оплат</w:t>
      </w:r>
      <w:r w:rsidRPr="009B002E">
        <w:rPr>
          <w:lang w:val="ru-RU"/>
        </w:rPr>
        <w:t>а Товара производится Покупателем одним из следующих способов: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>— безналичным расчетом в размере 100 % предоплаты путем перечисления денежных средств на расчетный счет Продавца</w:t>
      </w:r>
      <w:r w:rsidR="002A2D5C">
        <w:rPr>
          <w:lang w:val="ru-RU"/>
        </w:rPr>
        <w:t xml:space="preserve"> с помощью (Национальной системы быстрых платежей), (как </w:t>
      </w:r>
      <w:proofErr w:type="gramStart"/>
      <w:r w:rsidR="002A2D5C">
        <w:rPr>
          <w:lang w:val="ru-RU"/>
        </w:rPr>
        <w:t>напрямую</w:t>
      </w:r>
      <w:proofErr w:type="gramEnd"/>
      <w:r w:rsidR="002A2D5C">
        <w:rPr>
          <w:lang w:val="ru-RU"/>
        </w:rPr>
        <w:t xml:space="preserve"> так и с помощью платежной системы </w:t>
      </w:r>
      <w:proofErr w:type="spellStart"/>
      <w:r w:rsidR="002A2D5C">
        <w:rPr>
          <w:lang w:val="ru-RU"/>
        </w:rPr>
        <w:t>Юмани</w:t>
      </w:r>
      <w:proofErr w:type="spellEnd"/>
      <w:r w:rsidR="002A2D5C">
        <w:rPr>
          <w:lang w:val="ru-RU"/>
        </w:rPr>
        <w:t>)</w:t>
      </w:r>
      <w:r w:rsidRPr="009B002E">
        <w:rPr>
          <w:lang w:val="ru-RU"/>
        </w:rPr>
        <w:t>;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>— наличным расчетом в момент получения Товара путем передачи денежных средств п</w:t>
      </w:r>
      <w:r w:rsidRPr="009B002E">
        <w:rPr>
          <w:lang w:val="ru-RU"/>
        </w:rPr>
        <w:t>редставителю Продавца;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>— безналичным расчетом в момент получения Товара с помощью терминала оплаты (банковской картой);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>— иным способом, предусмотренным законодательством РФ.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 xml:space="preserve">5.5. </w:t>
      </w:r>
      <w:r w:rsidRPr="009B002E">
        <w:rPr>
          <w:lang w:val="ru-RU"/>
        </w:rPr>
        <w:t>Обязательства Покупателя по оплате Товара считаются выполненными с момента п</w:t>
      </w:r>
      <w:r w:rsidRPr="009B002E">
        <w:rPr>
          <w:lang w:val="ru-RU"/>
        </w:rPr>
        <w:t>оступления денежных средств на расчетный счет Продавца либо с момента передачи наличных денежных средств представителю Продавца.</w:t>
      </w:r>
    </w:p>
    <w:p w:rsidR="006650D5" w:rsidRPr="009B002E" w:rsidRDefault="00FB06A7">
      <w:pPr>
        <w:spacing w:after="120" w:line="360" w:lineRule="auto"/>
        <w:rPr>
          <w:lang w:val="ru-RU"/>
        </w:rPr>
      </w:pPr>
      <w:r w:rsidRPr="009B002E">
        <w:rPr>
          <w:rFonts w:ascii="Times New Roman" w:eastAsia="Times New Roman" w:hAnsi="Times New Roman"/>
          <w:b/>
          <w:sz w:val="26"/>
          <w:lang w:val="ru-RU"/>
        </w:rPr>
        <w:t>6. УСЛОВИЯ ДОСТАВКИ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 xml:space="preserve">6.1. </w:t>
      </w:r>
      <w:r w:rsidRPr="009B002E">
        <w:rPr>
          <w:lang w:val="ru-RU"/>
        </w:rPr>
        <w:t xml:space="preserve">Доставка товара осуществляется Продавцом собственными силами и/или с привлечением третьих лиц </w:t>
      </w:r>
      <w:r w:rsidRPr="009B002E">
        <w:rPr>
          <w:lang w:val="ru-RU"/>
        </w:rPr>
        <w:t>(курьерских служб, перевозчиков, экспедиторов) в интересах Продавца и за его счет. Доставка является способом исполнения обязанности Продавца по передаче товара Покупателю и не является самостоятельной услугой по перевозке груза.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 xml:space="preserve">6.2. </w:t>
      </w:r>
      <w:r w:rsidRPr="009B002E">
        <w:rPr>
          <w:lang w:val="ru-RU"/>
        </w:rPr>
        <w:t>Между Продавцом и Пок</w:t>
      </w:r>
      <w:r w:rsidRPr="009B002E">
        <w:rPr>
          <w:lang w:val="ru-RU"/>
        </w:rPr>
        <w:t xml:space="preserve">упателем не заключается договор перевозки груза. В связи с этим Стороны не оформляют транспортную накладную (в том числе электронную — </w:t>
      </w:r>
      <w:proofErr w:type="spellStart"/>
      <w:r w:rsidRPr="009B002E">
        <w:rPr>
          <w:lang w:val="ru-RU"/>
        </w:rPr>
        <w:t>ЭТрН</w:t>
      </w:r>
      <w:proofErr w:type="spellEnd"/>
      <w:r w:rsidRPr="009B002E">
        <w:rPr>
          <w:lang w:val="ru-RU"/>
        </w:rPr>
        <w:t xml:space="preserve">), заказ-наряд и иные перевозочные документы, предусмотренные Федеральным законом от </w:t>
      </w:r>
      <w:r w:rsidRPr="009B002E">
        <w:rPr>
          <w:lang w:val="ru-RU"/>
        </w:rPr>
        <w:lastRenderedPageBreak/>
        <w:t>08.11.2007 № 259-ФЗ «Устав автом</w:t>
      </w:r>
      <w:r w:rsidRPr="009B002E">
        <w:rPr>
          <w:lang w:val="ru-RU"/>
        </w:rPr>
        <w:t>обильного транспорта и городского наземного электрического транспорта».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 xml:space="preserve">6.3. </w:t>
      </w:r>
      <w:r w:rsidRPr="009B002E">
        <w:rPr>
          <w:lang w:val="ru-RU"/>
        </w:rPr>
        <w:t>Нормативное обоснование отсутствия обязанности по оформлению транспортной накладной: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>— пункт 1 статьи 458 Гражданского кодекса РФ: доставка товара, стоимость которой включена в це</w:t>
      </w:r>
      <w:r w:rsidRPr="009B002E">
        <w:rPr>
          <w:lang w:val="ru-RU"/>
        </w:rPr>
        <w:t>ну товара или выделена как элемент цены, признается способом исполнения обязанности поставщика по передаче товара, а не самостоятельной услугой по перевозке груза;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>— пункт 2 статьи 785 Гражданского кодекса РФ: транспортная накладная является документом, по</w:t>
      </w:r>
      <w:r w:rsidRPr="009B002E">
        <w:rPr>
          <w:lang w:val="ru-RU"/>
        </w:rPr>
        <w:t>дтверждающим заключение договора перевозки груза. Поскольку между Продавцом и Покупателем договор перевозки не заключается, оснований для оформления транспортной накладной нет;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>— часть 1 статьи 8 Федерального закона от 08.11.2007 № 259-ФЗ: транспортная нак</w:t>
      </w:r>
      <w:r w:rsidRPr="009B002E">
        <w:rPr>
          <w:lang w:val="ru-RU"/>
        </w:rPr>
        <w:t>ладная подтверждает заключение договора перевозки груза автомобильным транспортом. При отсутствии такого договора транспортная накладная не оформляется;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 xml:space="preserve">— пункт 7 Правил перевозок грузов автомобильным транспортом, утвержденных постановлением Правительства </w:t>
      </w:r>
      <w:r w:rsidRPr="009B002E">
        <w:rPr>
          <w:lang w:val="ru-RU"/>
        </w:rPr>
        <w:t>РФ от 21.12.2020 № 2200: заключение договора перевозки груза подтверждается транспортной накладной. При перевозке собственного груза собственным транспортом или с привлечением третьих лиц в интересах Продавца договор перевозки не возникает;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>— письмо ФНС Ро</w:t>
      </w:r>
      <w:r w:rsidRPr="009B002E">
        <w:rPr>
          <w:lang w:val="ru-RU"/>
        </w:rPr>
        <w:t>ссии от 18.08.2009 № ШС-20-3/1195: при доставке товара до покупателя собственным транспортом поставщика без привлечения сторонних перевозчиков у сторон не возникает обязанности оформлять транспортную накладную;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>— письмо Минфина России от 30.10.2012 № 03-07</w:t>
      </w:r>
      <w:r w:rsidRPr="009B002E">
        <w:rPr>
          <w:lang w:val="ru-RU"/>
        </w:rPr>
        <w:t>-11/461: покупатель, не возмещающий транспортные расходы сверх цены товара, вправе не иметь транспортных накладных.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 xml:space="preserve">6.4. </w:t>
      </w:r>
      <w:r w:rsidRPr="009B002E">
        <w:rPr>
          <w:lang w:val="ru-RU"/>
        </w:rPr>
        <w:t>При доставке товара Покупателю-физическому лицу для личных, семейных, домашних или иных нужд, не связанных с предпринимательской деятел</w:t>
      </w:r>
      <w:r w:rsidRPr="009B002E">
        <w:rPr>
          <w:lang w:val="ru-RU"/>
        </w:rPr>
        <w:t>ьностью, применяется исключение из обязанности оформления электронной транспортной накладной (</w:t>
      </w:r>
      <w:proofErr w:type="spellStart"/>
      <w:r w:rsidRPr="009B002E">
        <w:rPr>
          <w:lang w:val="ru-RU"/>
        </w:rPr>
        <w:t>ЭТрН</w:t>
      </w:r>
      <w:proofErr w:type="spellEnd"/>
      <w:r w:rsidRPr="009B002E">
        <w:rPr>
          <w:lang w:val="ru-RU"/>
        </w:rPr>
        <w:t>) в соответствии с пунктом 4 приказа Минтранса России от 01.06.2026 № 262 «Об определении случаев, при которых транспортная накладная, заказ и заявка оформляю</w:t>
      </w:r>
      <w:r w:rsidRPr="009B002E">
        <w:rPr>
          <w:lang w:val="ru-RU"/>
        </w:rPr>
        <w:t>тся на бумажном носителе». Покупатель-физическое лицо, являющееся грузополучателем, получает товар на основании товарной накладной (ТОРГ-12) или УПД и кассового чека.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 xml:space="preserve">6.5. </w:t>
      </w:r>
      <w:r w:rsidRPr="009B002E">
        <w:rPr>
          <w:lang w:val="ru-RU"/>
        </w:rPr>
        <w:t>Передача товара Покупателю при доставке оформляется товарной накладной по форме ТОРГ</w:t>
      </w:r>
      <w:r w:rsidRPr="009B002E">
        <w:rPr>
          <w:lang w:val="ru-RU"/>
        </w:rPr>
        <w:t>-12 или Универсальным передаточным документом (УПД), подписанными уполномоченными представителями. Датой передачи товара считается дата подписания указанных документов.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 xml:space="preserve">6.6. </w:t>
      </w:r>
      <w:r w:rsidRPr="009B002E">
        <w:rPr>
          <w:lang w:val="ru-RU"/>
        </w:rPr>
        <w:t xml:space="preserve">Общий срок доставки Товара состоит из срока обработки Заказа и срока </w:t>
      </w:r>
      <w:r w:rsidRPr="009B002E">
        <w:rPr>
          <w:lang w:val="ru-RU"/>
        </w:rPr>
        <w:t>доставки Заказа до адреса Покупателя. Покупатель может оформить Заказ круглосуточно. Заказ принимается в работу незамедлительно. Сроки (интервал) доставки указываются в Заказе.</w:t>
      </w:r>
    </w:p>
    <w:p w:rsidR="006650D5" w:rsidRPr="009B002E" w:rsidRDefault="00FB06A7" w:rsidP="002A2D5C">
      <w:pPr>
        <w:jc w:val="both"/>
        <w:rPr>
          <w:lang w:val="ru-RU"/>
        </w:rPr>
      </w:pPr>
      <w:r w:rsidRPr="009B002E">
        <w:rPr>
          <w:lang w:val="ru-RU"/>
        </w:rPr>
        <w:t xml:space="preserve">6.7. </w:t>
      </w:r>
      <w:r w:rsidRPr="009B002E">
        <w:rPr>
          <w:lang w:val="ru-RU"/>
        </w:rPr>
        <w:t>Продавец приложит все усилия для соблюдения даты и времени доставки, согла</w:t>
      </w:r>
      <w:r w:rsidRPr="009B002E">
        <w:rPr>
          <w:lang w:val="ru-RU"/>
        </w:rPr>
        <w:t xml:space="preserve">сованных с Покупателем. Задержки в доставке возможны в силу непредвиденных обстоятельств </w:t>
      </w:r>
      <w:r w:rsidRPr="009B002E">
        <w:rPr>
          <w:lang w:val="ru-RU"/>
        </w:rPr>
        <w:lastRenderedPageBreak/>
        <w:t>(пробки, погодные условия, технические неисправности), произошедших не по вине Продавца. Продавец не несет материальную ответственность за задержку по срокам доставки,</w:t>
      </w:r>
      <w:r w:rsidRPr="009B002E">
        <w:rPr>
          <w:lang w:val="ru-RU"/>
        </w:rPr>
        <w:t xml:space="preserve"> но обязуется уведомить Покупателя о задержке и согласовать новое время доставки</w:t>
      </w:r>
      <w:r w:rsidR="002A2D5C">
        <w:rPr>
          <w:lang w:val="ru-RU"/>
        </w:rPr>
        <w:t xml:space="preserve"> (форс мажорные обстоятельства)</w:t>
      </w:r>
      <w:r w:rsidRPr="009B002E">
        <w:rPr>
          <w:lang w:val="ru-RU"/>
        </w:rPr>
        <w:t>.</w:t>
      </w:r>
    </w:p>
    <w:p w:rsidR="0050072B" w:rsidRPr="009B002E" w:rsidRDefault="00FB06A7" w:rsidP="0050072B">
      <w:pPr>
        <w:jc w:val="both"/>
        <w:rPr>
          <w:lang w:val="ru-RU"/>
        </w:rPr>
      </w:pPr>
      <w:r w:rsidRPr="009B002E">
        <w:rPr>
          <w:lang w:val="ru-RU"/>
        </w:rPr>
        <w:t>6.</w:t>
      </w:r>
      <w:r w:rsidR="0050072B">
        <w:rPr>
          <w:lang w:val="ru-RU"/>
        </w:rPr>
        <w:t>8</w:t>
      </w:r>
      <w:r w:rsidRPr="009B002E">
        <w:rPr>
          <w:lang w:val="ru-RU"/>
        </w:rPr>
        <w:t xml:space="preserve">. </w:t>
      </w:r>
      <w:r w:rsidR="0050072B">
        <w:rPr>
          <w:lang w:val="ru-RU"/>
        </w:rPr>
        <w:t>Условия доставки</w:t>
      </w:r>
      <w:r w:rsidR="0050072B" w:rsidRPr="0050072B">
        <w:rPr>
          <w:lang w:val="ru-RU"/>
        </w:rPr>
        <w:t xml:space="preserve"> </w:t>
      </w:r>
      <w:r w:rsidR="0050072B">
        <w:rPr>
          <w:lang w:val="ru-RU"/>
        </w:rPr>
        <w:t>и (возможно) разгрузки товаров (также иные возможные услуги) по Москве, ближнему Подмосковью, в регионы, указаны на странице сайта</w:t>
      </w:r>
      <w:r w:rsidR="0050072B" w:rsidRPr="0050072B">
        <w:rPr>
          <w:lang w:val="ru-RU"/>
        </w:rPr>
        <w:t xml:space="preserve">: </w:t>
      </w:r>
      <w:r w:rsidR="0050072B">
        <w:rPr>
          <w:rFonts w:ascii="Times New Roman" w:eastAsia="Times New Roman" w:hAnsi="Times New Roman"/>
          <w:sz w:val="24"/>
        </w:rPr>
        <w:t>https</w:t>
      </w:r>
      <w:r w:rsidR="0050072B" w:rsidRPr="009B002E">
        <w:rPr>
          <w:rFonts w:ascii="Times New Roman" w:eastAsia="Times New Roman" w:hAnsi="Times New Roman"/>
          <w:sz w:val="24"/>
          <w:lang w:val="ru-RU"/>
        </w:rPr>
        <w:t>://</w:t>
      </w:r>
      <w:proofErr w:type="spellStart"/>
      <w:r w:rsidR="0050072B">
        <w:rPr>
          <w:rFonts w:ascii="Times New Roman" w:eastAsia="Times New Roman" w:hAnsi="Times New Roman"/>
          <w:sz w:val="24"/>
        </w:rPr>
        <w:t>waterbaikal</w:t>
      </w:r>
      <w:proofErr w:type="spellEnd"/>
      <w:r w:rsidR="0050072B" w:rsidRPr="009B002E">
        <w:rPr>
          <w:rFonts w:ascii="Times New Roman" w:eastAsia="Times New Roman" w:hAnsi="Times New Roman"/>
          <w:sz w:val="24"/>
          <w:lang w:val="ru-RU"/>
        </w:rPr>
        <w:t>.</w:t>
      </w:r>
      <w:proofErr w:type="spellStart"/>
      <w:r w:rsidR="0050072B">
        <w:rPr>
          <w:rFonts w:ascii="Times New Roman" w:eastAsia="Times New Roman" w:hAnsi="Times New Roman"/>
          <w:sz w:val="24"/>
        </w:rPr>
        <w:t>ru</w:t>
      </w:r>
      <w:proofErr w:type="spellEnd"/>
      <w:r w:rsidR="0050072B" w:rsidRPr="009B002E">
        <w:rPr>
          <w:rFonts w:ascii="Times New Roman" w:eastAsia="Times New Roman" w:hAnsi="Times New Roman"/>
          <w:sz w:val="24"/>
          <w:lang w:val="ru-RU"/>
        </w:rPr>
        <w:t>/</w:t>
      </w:r>
      <w:r w:rsidR="0050072B">
        <w:rPr>
          <w:rFonts w:ascii="Times New Roman" w:eastAsia="Times New Roman" w:hAnsi="Times New Roman"/>
          <w:sz w:val="24"/>
        </w:rPr>
        <w:t>services</w:t>
      </w:r>
      <w:r w:rsidR="0050072B" w:rsidRPr="009B002E">
        <w:rPr>
          <w:rFonts w:ascii="Times New Roman" w:eastAsia="Times New Roman" w:hAnsi="Times New Roman"/>
          <w:sz w:val="24"/>
          <w:lang w:val="ru-RU"/>
        </w:rPr>
        <w:t>/</w:t>
      </w:r>
      <w:proofErr w:type="spellStart"/>
      <w:r w:rsidR="0050072B">
        <w:rPr>
          <w:rFonts w:ascii="Times New Roman" w:eastAsia="Times New Roman" w:hAnsi="Times New Roman"/>
          <w:sz w:val="24"/>
        </w:rPr>
        <w:t>dostavka</w:t>
      </w:r>
      <w:r w:rsidR="0050072B" w:rsidRPr="009B002E">
        <w:rPr>
          <w:rFonts w:ascii="Times New Roman" w:eastAsia="Times New Roman" w:hAnsi="Times New Roman"/>
          <w:sz w:val="24"/>
          <w:lang w:val="ru-RU"/>
        </w:rPr>
        <w:t>/.</w:t>
      </w:r>
    </w:p>
    <w:p w:rsidR="006650D5" w:rsidRPr="009B002E" w:rsidRDefault="00FB06A7" w:rsidP="0050072B">
      <w:pPr>
        <w:jc w:val="both"/>
        <w:rPr>
          <w:lang w:val="ru-RU"/>
        </w:rPr>
      </w:pPr>
      <w:proofErr w:type="spellEnd"/>
      <w:r w:rsidRPr="009B002E">
        <w:rPr>
          <w:lang w:val="ru-RU"/>
        </w:rPr>
        <w:t>6.</w:t>
      </w:r>
      <w:r w:rsidR="0050072B">
        <w:rPr>
          <w:lang w:val="ru-RU"/>
        </w:rPr>
        <w:t>9</w:t>
      </w:r>
      <w:r w:rsidRPr="009B002E">
        <w:rPr>
          <w:lang w:val="ru-RU"/>
        </w:rPr>
        <w:t xml:space="preserve">. </w:t>
      </w:r>
      <w:r w:rsidRPr="009B002E">
        <w:rPr>
          <w:lang w:val="ru-RU"/>
        </w:rPr>
        <w:t>Риск повреждения Товара пере</w:t>
      </w:r>
      <w:r w:rsidRPr="009B002E">
        <w:rPr>
          <w:lang w:val="ru-RU"/>
        </w:rPr>
        <w:t>ходит к Покупателю в момент передачи Товара Покупателю, иному лицу, указанному в качестве получателя Заказа, либо лицу, уполномоченному Покупателем. Вместе с Товаром передается кассовый чек (для физических лиц) или УПД (для юридических лиц).</w:t>
      </w:r>
    </w:p>
    <w:p w:rsidR="006650D5" w:rsidRPr="009B002E" w:rsidRDefault="00FB06A7" w:rsidP="0050072B">
      <w:pPr>
        <w:jc w:val="both"/>
        <w:rPr>
          <w:lang w:val="ru-RU"/>
        </w:rPr>
      </w:pPr>
      <w:r w:rsidRPr="009B002E">
        <w:rPr>
          <w:lang w:val="ru-RU"/>
        </w:rPr>
        <w:t>6.1</w:t>
      </w:r>
      <w:r w:rsidR="0050072B">
        <w:rPr>
          <w:lang w:val="ru-RU"/>
        </w:rPr>
        <w:t>0</w:t>
      </w:r>
      <w:r w:rsidRPr="009B002E">
        <w:rPr>
          <w:lang w:val="ru-RU"/>
        </w:rPr>
        <w:t xml:space="preserve">. </w:t>
      </w:r>
      <w:r w:rsidRPr="009B002E">
        <w:rPr>
          <w:lang w:val="ru-RU"/>
        </w:rPr>
        <w:t>При пере</w:t>
      </w:r>
      <w:r w:rsidRPr="009B002E">
        <w:rPr>
          <w:lang w:val="ru-RU"/>
        </w:rPr>
        <w:t>даче заказанного и оплаченного Товара представитель Продавца вправе потребовать предъявить документ, удостоверяющий личность Покупателя. Покупатель/Получатель обязан предъявить такой документ.</w:t>
      </w:r>
    </w:p>
    <w:p w:rsidR="006650D5" w:rsidRPr="0050072B" w:rsidRDefault="00FB06A7" w:rsidP="0050072B">
      <w:pPr>
        <w:jc w:val="both"/>
        <w:rPr>
          <w:b/>
          <w:bCs/>
          <w:lang w:val="ru-RU"/>
        </w:rPr>
      </w:pPr>
      <w:r w:rsidRPr="009B002E">
        <w:rPr>
          <w:lang w:val="ru-RU"/>
        </w:rPr>
        <w:t>6.1</w:t>
      </w:r>
      <w:r w:rsidR="0050072B">
        <w:rPr>
          <w:lang w:val="ru-RU"/>
        </w:rPr>
        <w:t>1</w:t>
      </w:r>
      <w:r w:rsidRPr="009B002E">
        <w:rPr>
          <w:lang w:val="ru-RU"/>
        </w:rPr>
        <w:t xml:space="preserve">. </w:t>
      </w:r>
      <w:r w:rsidRPr="009B002E">
        <w:rPr>
          <w:lang w:val="ru-RU"/>
        </w:rPr>
        <w:t>После приемки Товара Покупателем или получателем Продавец</w:t>
      </w:r>
      <w:r w:rsidRPr="009B002E">
        <w:rPr>
          <w:lang w:val="ru-RU"/>
        </w:rPr>
        <w:t xml:space="preserve"> не принимает претензий по количеству, качеству и внешнему виду Товара, за исключением случаев, предусмотренных законодательством РФ. Покупатель обязан проверить комплектность и работоспособность доставленного товара, соответствие его описанию на сайте, на</w:t>
      </w:r>
      <w:r w:rsidRPr="009B002E">
        <w:rPr>
          <w:lang w:val="ru-RU"/>
        </w:rPr>
        <w:t>личие механических повреждений</w:t>
      </w:r>
      <w:r w:rsidR="0050072B">
        <w:rPr>
          <w:lang w:val="ru-RU"/>
        </w:rPr>
        <w:t>, внешний вид.</w:t>
      </w:r>
      <w:r w:rsidRPr="009B002E">
        <w:rPr>
          <w:lang w:val="ru-RU"/>
        </w:rPr>
        <w:t xml:space="preserve"> </w:t>
      </w:r>
      <w:r w:rsidRPr="0050072B">
        <w:rPr>
          <w:b/>
          <w:bCs/>
          <w:lang w:val="ru-RU"/>
        </w:rPr>
        <w:t>Претензии по механическим повреждениям принимаются строго в день доставки Товара.</w:t>
      </w:r>
    </w:p>
    <w:p w:rsidR="006650D5" w:rsidRPr="009B002E" w:rsidRDefault="00FB06A7">
      <w:pPr>
        <w:spacing w:after="120" w:line="360" w:lineRule="auto"/>
        <w:rPr>
          <w:lang w:val="ru-RU"/>
        </w:rPr>
      </w:pPr>
      <w:r w:rsidRPr="009B002E">
        <w:rPr>
          <w:rFonts w:ascii="Times New Roman" w:eastAsia="Times New Roman" w:hAnsi="Times New Roman"/>
          <w:b/>
          <w:sz w:val="26"/>
          <w:lang w:val="ru-RU"/>
        </w:rPr>
        <w:t>7. ОКАЗЫВАЕМЫЕ УСЛУГИ</w:t>
      </w:r>
    </w:p>
    <w:p w:rsidR="006650D5" w:rsidRPr="0050072B" w:rsidRDefault="00FB06A7" w:rsidP="0050072B">
      <w:pPr>
        <w:jc w:val="both"/>
      </w:pPr>
      <w:r w:rsidRPr="0050072B">
        <w:t xml:space="preserve">7.1. </w:t>
      </w:r>
      <w:proofErr w:type="spellStart"/>
      <w:r w:rsidRPr="0050072B">
        <w:t>Продавец</w:t>
      </w:r>
      <w:proofErr w:type="spellEnd"/>
      <w:r w:rsidRPr="0050072B">
        <w:t xml:space="preserve"> </w:t>
      </w:r>
      <w:proofErr w:type="spellStart"/>
      <w:r w:rsidRPr="0050072B">
        <w:t>по</w:t>
      </w:r>
      <w:proofErr w:type="spellEnd"/>
      <w:r w:rsidRPr="0050072B">
        <w:t xml:space="preserve"> </w:t>
      </w:r>
      <w:proofErr w:type="spellStart"/>
      <w:r w:rsidRPr="0050072B">
        <w:t>заданию</w:t>
      </w:r>
      <w:proofErr w:type="spellEnd"/>
      <w:r w:rsidRPr="0050072B">
        <w:t xml:space="preserve"> </w:t>
      </w:r>
      <w:proofErr w:type="spellStart"/>
      <w:r w:rsidRPr="0050072B">
        <w:t>Покупателя</w:t>
      </w:r>
      <w:proofErr w:type="spellEnd"/>
      <w:r w:rsidRPr="0050072B">
        <w:t xml:space="preserve"> и с </w:t>
      </w:r>
      <w:proofErr w:type="spellStart"/>
      <w:r w:rsidRPr="0050072B">
        <w:t>согласования</w:t>
      </w:r>
      <w:proofErr w:type="spellEnd"/>
      <w:r w:rsidRPr="0050072B">
        <w:t xml:space="preserve"> с </w:t>
      </w:r>
      <w:proofErr w:type="spellStart"/>
      <w:r w:rsidRPr="0050072B">
        <w:t>Продавцом</w:t>
      </w:r>
      <w:proofErr w:type="spellEnd"/>
      <w:r w:rsidRPr="0050072B">
        <w:t xml:space="preserve"> </w:t>
      </w:r>
      <w:proofErr w:type="spellStart"/>
      <w:r w:rsidRPr="0050072B">
        <w:t>осуществляет</w:t>
      </w:r>
      <w:proofErr w:type="spellEnd"/>
      <w:r w:rsidRPr="0050072B">
        <w:t xml:space="preserve"> </w:t>
      </w:r>
      <w:proofErr w:type="spellStart"/>
      <w:r w:rsidRPr="0050072B">
        <w:t>ремонт</w:t>
      </w:r>
      <w:proofErr w:type="spellEnd"/>
      <w:r w:rsidRPr="0050072B">
        <w:t xml:space="preserve"> и </w:t>
      </w:r>
      <w:proofErr w:type="spellStart"/>
      <w:r w:rsidRPr="0050072B">
        <w:t>техническое</w:t>
      </w:r>
      <w:proofErr w:type="spellEnd"/>
      <w:r w:rsidRPr="0050072B">
        <w:t xml:space="preserve"> </w:t>
      </w:r>
      <w:proofErr w:type="spellStart"/>
      <w:r w:rsidRPr="0050072B">
        <w:t>обслуживание</w:t>
      </w:r>
      <w:proofErr w:type="spellEnd"/>
      <w:r w:rsidRPr="0050072B">
        <w:t xml:space="preserve"> </w:t>
      </w:r>
      <w:proofErr w:type="spellStart"/>
      <w:r w:rsidRPr="0050072B">
        <w:t>оборудов</w:t>
      </w:r>
      <w:r w:rsidRPr="0050072B">
        <w:t>ания</w:t>
      </w:r>
      <w:proofErr w:type="spellEnd"/>
      <w:r w:rsidRPr="0050072B">
        <w:t xml:space="preserve"> </w:t>
      </w:r>
      <w:proofErr w:type="spellStart"/>
      <w:r w:rsidRPr="0050072B">
        <w:t>для</w:t>
      </w:r>
      <w:proofErr w:type="spellEnd"/>
      <w:r w:rsidRPr="0050072B">
        <w:t xml:space="preserve"> </w:t>
      </w:r>
      <w:proofErr w:type="spellStart"/>
      <w:r w:rsidRPr="0050072B">
        <w:t>дозированного</w:t>
      </w:r>
      <w:proofErr w:type="spellEnd"/>
      <w:r w:rsidRPr="0050072B">
        <w:t xml:space="preserve"> </w:t>
      </w:r>
      <w:proofErr w:type="spellStart"/>
      <w:r w:rsidRPr="0050072B">
        <w:t>розлива</w:t>
      </w:r>
      <w:proofErr w:type="spellEnd"/>
      <w:r w:rsidRPr="0050072B">
        <w:t xml:space="preserve"> </w:t>
      </w:r>
      <w:proofErr w:type="spellStart"/>
      <w:r w:rsidRPr="0050072B">
        <w:t>воды</w:t>
      </w:r>
      <w:proofErr w:type="spellEnd"/>
      <w:r w:rsidRPr="0050072B">
        <w:t xml:space="preserve"> (</w:t>
      </w:r>
      <w:proofErr w:type="spellStart"/>
      <w:r w:rsidRPr="0050072B">
        <w:t>далее</w:t>
      </w:r>
      <w:proofErr w:type="spellEnd"/>
      <w:r w:rsidRPr="0050072B">
        <w:t xml:space="preserve"> — «</w:t>
      </w:r>
      <w:proofErr w:type="spellStart"/>
      <w:r w:rsidRPr="0050072B">
        <w:t>Услуги</w:t>
      </w:r>
      <w:proofErr w:type="spellEnd"/>
      <w:r w:rsidRPr="0050072B">
        <w:t>/</w:t>
      </w:r>
      <w:proofErr w:type="spellStart"/>
      <w:r w:rsidRPr="0050072B">
        <w:t>работы</w:t>
      </w:r>
      <w:proofErr w:type="spellEnd"/>
      <w:r w:rsidRPr="0050072B">
        <w:t xml:space="preserve">»), а </w:t>
      </w:r>
      <w:proofErr w:type="spellStart"/>
      <w:r w:rsidRPr="0050072B">
        <w:t>Покупатель</w:t>
      </w:r>
      <w:proofErr w:type="spellEnd"/>
      <w:r w:rsidRPr="0050072B">
        <w:t xml:space="preserve"> </w:t>
      </w:r>
      <w:proofErr w:type="spellStart"/>
      <w:r w:rsidRPr="0050072B">
        <w:t>обязуется</w:t>
      </w:r>
      <w:proofErr w:type="spellEnd"/>
      <w:r w:rsidRPr="0050072B">
        <w:t xml:space="preserve"> </w:t>
      </w:r>
      <w:proofErr w:type="spellStart"/>
      <w:r w:rsidRPr="0050072B">
        <w:t>принять</w:t>
      </w:r>
      <w:proofErr w:type="spellEnd"/>
      <w:r w:rsidRPr="0050072B">
        <w:t xml:space="preserve"> и </w:t>
      </w:r>
      <w:proofErr w:type="spellStart"/>
      <w:r w:rsidRPr="0050072B">
        <w:t>оплатить</w:t>
      </w:r>
      <w:proofErr w:type="spellEnd"/>
      <w:r w:rsidRPr="0050072B">
        <w:t xml:space="preserve"> </w:t>
      </w:r>
      <w:proofErr w:type="spellStart"/>
      <w:r w:rsidRPr="0050072B">
        <w:t>оказанные</w:t>
      </w:r>
      <w:proofErr w:type="spellEnd"/>
      <w:r w:rsidRPr="0050072B">
        <w:t xml:space="preserve"> </w:t>
      </w:r>
      <w:proofErr w:type="spellStart"/>
      <w:r w:rsidRPr="0050072B">
        <w:t>услуги</w:t>
      </w:r>
      <w:proofErr w:type="spellEnd"/>
      <w:r w:rsidRPr="0050072B">
        <w:t>/</w:t>
      </w:r>
      <w:proofErr w:type="spellStart"/>
      <w:r w:rsidRPr="0050072B">
        <w:t>работы</w:t>
      </w:r>
      <w:proofErr w:type="spellEnd"/>
      <w:r w:rsidRPr="0050072B">
        <w:t>.</w:t>
      </w:r>
    </w:p>
    <w:p w:rsidR="006650D5" w:rsidRPr="0050072B" w:rsidRDefault="00FB06A7" w:rsidP="0050072B">
      <w:pPr>
        <w:jc w:val="both"/>
      </w:pPr>
      <w:r w:rsidRPr="0050072B">
        <w:t xml:space="preserve">7.2. </w:t>
      </w:r>
      <w:proofErr w:type="spellStart"/>
      <w:r w:rsidRPr="0050072B">
        <w:t>Все</w:t>
      </w:r>
      <w:proofErr w:type="spellEnd"/>
      <w:r w:rsidRPr="0050072B">
        <w:t xml:space="preserve"> </w:t>
      </w:r>
      <w:proofErr w:type="spellStart"/>
      <w:r w:rsidRPr="0050072B">
        <w:t>принятые</w:t>
      </w:r>
      <w:proofErr w:type="spellEnd"/>
      <w:r w:rsidRPr="0050072B">
        <w:t xml:space="preserve"> </w:t>
      </w:r>
      <w:proofErr w:type="spellStart"/>
      <w:r w:rsidRPr="0050072B">
        <w:t>Продавцом</w:t>
      </w:r>
      <w:proofErr w:type="spellEnd"/>
      <w:r w:rsidRPr="0050072B">
        <w:t xml:space="preserve"> </w:t>
      </w:r>
      <w:proofErr w:type="spellStart"/>
      <w:r w:rsidRPr="0050072B">
        <w:t>устройства</w:t>
      </w:r>
      <w:proofErr w:type="spellEnd"/>
      <w:r w:rsidRPr="0050072B">
        <w:t xml:space="preserve"> </w:t>
      </w:r>
      <w:proofErr w:type="spellStart"/>
      <w:r w:rsidRPr="0050072B">
        <w:t>проходят</w:t>
      </w:r>
      <w:proofErr w:type="spellEnd"/>
      <w:r w:rsidRPr="0050072B">
        <w:t xml:space="preserve"> </w:t>
      </w:r>
      <w:proofErr w:type="spellStart"/>
      <w:r w:rsidRPr="0050072B">
        <w:t>предварительную</w:t>
      </w:r>
      <w:proofErr w:type="spellEnd"/>
      <w:r w:rsidRPr="0050072B">
        <w:t xml:space="preserve"> </w:t>
      </w:r>
      <w:proofErr w:type="spellStart"/>
      <w:r w:rsidRPr="0050072B">
        <w:t>диагностику</w:t>
      </w:r>
      <w:proofErr w:type="spellEnd"/>
      <w:r w:rsidRPr="0050072B">
        <w:t xml:space="preserve">. </w:t>
      </w:r>
      <w:proofErr w:type="spellStart"/>
      <w:r w:rsidRPr="0050072B">
        <w:t>Стоимость</w:t>
      </w:r>
      <w:proofErr w:type="spellEnd"/>
      <w:r w:rsidRPr="0050072B">
        <w:t xml:space="preserve"> </w:t>
      </w:r>
      <w:proofErr w:type="spellStart"/>
      <w:r w:rsidRPr="0050072B">
        <w:t>услуг</w:t>
      </w:r>
      <w:proofErr w:type="spellEnd"/>
      <w:r w:rsidRPr="0050072B">
        <w:t>/</w:t>
      </w:r>
      <w:proofErr w:type="spellStart"/>
      <w:r w:rsidRPr="0050072B">
        <w:t>работ</w:t>
      </w:r>
      <w:proofErr w:type="spellEnd"/>
      <w:r w:rsidRPr="0050072B">
        <w:t xml:space="preserve"> </w:t>
      </w:r>
      <w:proofErr w:type="spellStart"/>
      <w:r w:rsidRPr="0050072B">
        <w:t>сообщается</w:t>
      </w:r>
      <w:proofErr w:type="spellEnd"/>
      <w:r w:rsidRPr="0050072B">
        <w:t xml:space="preserve"> </w:t>
      </w:r>
      <w:proofErr w:type="spellStart"/>
      <w:r w:rsidRPr="0050072B">
        <w:t>Покупателю</w:t>
      </w:r>
      <w:proofErr w:type="spellEnd"/>
      <w:r w:rsidRPr="0050072B">
        <w:t xml:space="preserve"> </w:t>
      </w:r>
      <w:proofErr w:type="spellStart"/>
      <w:r w:rsidRPr="0050072B">
        <w:t>до</w:t>
      </w:r>
      <w:proofErr w:type="spellEnd"/>
      <w:r w:rsidRPr="0050072B">
        <w:t xml:space="preserve"> </w:t>
      </w:r>
      <w:proofErr w:type="spellStart"/>
      <w:r w:rsidRPr="0050072B">
        <w:t>на</w:t>
      </w:r>
      <w:r w:rsidRPr="0050072B">
        <w:t>чала</w:t>
      </w:r>
      <w:proofErr w:type="spellEnd"/>
      <w:r w:rsidRPr="0050072B">
        <w:t xml:space="preserve"> </w:t>
      </w:r>
      <w:proofErr w:type="spellStart"/>
      <w:r w:rsidRPr="0050072B">
        <w:t>выполнения</w:t>
      </w:r>
      <w:proofErr w:type="spellEnd"/>
      <w:r w:rsidRPr="0050072B">
        <w:t xml:space="preserve">. </w:t>
      </w:r>
      <w:proofErr w:type="spellStart"/>
      <w:r w:rsidRPr="0050072B">
        <w:t>Покупатель</w:t>
      </w:r>
      <w:proofErr w:type="spellEnd"/>
      <w:r w:rsidRPr="0050072B">
        <w:t xml:space="preserve"> </w:t>
      </w:r>
      <w:proofErr w:type="spellStart"/>
      <w:r w:rsidRPr="0050072B">
        <w:t>имеет</w:t>
      </w:r>
      <w:proofErr w:type="spellEnd"/>
      <w:r w:rsidRPr="0050072B">
        <w:t xml:space="preserve"> </w:t>
      </w:r>
      <w:proofErr w:type="spellStart"/>
      <w:r w:rsidRPr="0050072B">
        <w:t>право</w:t>
      </w:r>
      <w:proofErr w:type="spellEnd"/>
      <w:r w:rsidRPr="0050072B">
        <w:t xml:space="preserve"> </w:t>
      </w:r>
      <w:proofErr w:type="spellStart"/>
      <w:r w:rsidRPr="0050072B">
        <w:t>отказаться</w:t>
      </w:r>
      <w:proofErr w:type="spellEnd"/>
      <w:r w:rsidRPr="0050072B">
        <w:t xml:space="preserve"> </w:t>
      </w:r>
      <w:proofErr w:type="spellStart"/>
      <w:r w:rsidRPr="0050072B">
        <w:t>от</w:t>
      </w:r>
      <w:proofErr w:type="spellEnd"/>
      <w:r w:rsidRPr="0050072B">
        <w:t xml:space="preserve"> </w:t>
      </w:r>
      <w:proofErr w:type="spellStart"/>
      <w:r w:rsidRPr="0050072B">
        <w:t>проведения</w:t>
      </w:r>
      <w:proofErr w:type="spellEnd"/>
      <w:r w:rsidRPr="0050072B">
        <w:t xml:space="preserve"> </w:t>
      </w:r>
      <w:proofErr w:type="spellStart"/>
      <w:r w:rsidRPr="0050072B">
        <w:t>услуг</w:t>
      </w:r>
      <w:proofErr w:type="spellEnd"/>
      <w:r w:rsidRPr="0050072B">
        <w:t>/</w:t>
      </w:r>
      <w:proofErr w:type="spellStart"/>
      <w:r w:rsidRPr="0050072B">
        <w:t>работ</w:t>
      </w:r>
      <w:proofErr w:type="spellEnd"/>
      <w:r w:rsidRPr="0050072B">
        <w:t xml:space="preserve">, </w:t>
      </w:r>
      <w:proofErr w:type="spellStart"/>
      <w:r w:rsidRPr="0050072B">
        <w:t>но</w:t>
      </w:r>
      <w:proofErr w:type="spellEnd"/>
      <w:r w:rsidRPr="0050072B">
        <w:t xml:space="preserve"> </w:t>
      </w:r>
      <w:proofErr w:type="spellStart"/>
      <w:r w:rsidRPr="0050072B">
        <w:t>обязан</w:t>
      </w:r>
      <w:proofErr w:type="spellEnd"/>
      <w:r w:rsidRPr="0050072B">
        <w:t xml:space="preserve"> </w:t>
      </w:r>
      <w:proofErr w:type="spellStart"/>
      <w:r w:rsidRPr="0050072B">
        <w:t>оплатить</w:t>
      </w:r>
      <w:proofErr w:type="spellEnd"/>
      <w:r w:rsidRPr="0050072B">
        <w:t xml:space="preserve"> </w:t>
      </w:r>
      <w:proofErr w:type="spellStart"/>
      <w:r w:rsidRPr="0050072B">
        <w:t>стоимость</w:t>
      </w:r>
      <w:proofErr w:type="spellEnd"/>
      <w:r w:rsidRPr="0050072B">
        <w:t xml:space="preserve"> </w:t>
      </w:r>
      <w:proofErr w:type="spellStart"/>
      <w:r w:rsidRPr="0050072B">
        <w:t>всех</w:t>
      </w:r>
      <w:proofErr w:type="spellEnd"/>
      <w:r w:rsidRPr="0050072B">
        <w:t xml:space="preserve"> </w:t>
      </w:r>
      <w:proofErr w:type="spellStart"/>
      <w:r w:rsidRPr="0050072B">
        <w:t>ранее</w:t>
      </w:r>
      <w:proofErr w:type="spellEnd"/>
      <w:r w:rsidRPr="0050072B">
        <w:t xml:space="preserve"> </w:t>
      </w:r>
      <w:proofErr w:type="spellStart"/>
      <w:r w:rsidRPr="0050072B">
        <w:t>оказанных</w:t>
      </w:r>
      <w:proofErr w:type="spellEnd"/>
      <w:r w:rsidRPr="0050072B">
        <w:t xml:space="preserve"> </w:t>
      </w:r>
      <w:proofErr w:type="spellStart"/>
      <w:r w:rsidRPr="0050072B">
        <w:t>услуг</w:t>
      </w:r>
      <w:proofErr w:type="spellEnd"/>
      <w:r w:rsidRPr="0050072B">
        <w:t>/</w:t>
      </w:r>
      <w:proofErr w:type="spellStart"/>
      <w:r w:rsidRPr="0050072B">
        <w:t>работ</w:t>
      </w:r>
      <w:proofErr w:type="spellEnd"/>
      <w:r w:rsidRPr="0050072B">
        <w:t>.</w:t>
      </w:r>
    </w:p>
    <w:p w:rsidR="006650D5" w:rsidRPr="0050072B" w:rsidRDefault="00FB06A7" w:rsidP="0050072B">
      <w:pPr>
        <w:jc w:val="both"/>
      </w:pPr>
      <w:r w:rsidRPr="0050072B">
        <w:t xml:space="preserve">7.3. </w:t>
      </w:r>
      <w:r w:rsidRPr="0050072B">
        <w:t xml:space="preserve">В </w:t>
      </w:r>
      <w:proofErr w:type="spellStart"/>
      <w:r w:rsidRPr="0050072B">
        <w:t>объем</w:t>
      </w:r>
      <w:proofErr w:type="spellEnd"/>
      <w:r w:rsidRPr="0050072B">
        <w:t xml:space="preserve"> </w:t>
      </w:r>
      <w:proofErr w:type="spellStart"/>
      <w:r w:rsidRPr="0050072B">
        <w:t>технического</w:t>
      </w:r>
      <w:proofErr w:type="spellEnd"/>
      <w:r w:rsidRPr="0050072B">
        <w:t xml:space="preserve"> </w:t>
      </w:r>
      <w:proofErr w:type="spellStart"/>
      <w:r w:rsidRPr="0050072B">
        <w:t>обслуживания</w:t>
      </w:r>
      <w:proofErr w:type="spellEnd"/>
      <w:r w:rsidRPr="0050072B">
        <w:t xml:space="preserve"> </w:t>
      </w:r>
      <w:proofErr w:type="spellStart"/>
      <w:r w:rsidRPr="0050072B">
        <w:t>входит</w:t>
      </w:r>
      <w:proofErr w:type="spellEnd"/>
      <w:r w:rsidRPr="0050072B">
        <w:t xml:space="preserve">: </w:t>
      </w:r>
      <w:proofErr w:type="spellStart"/>
      <w:r w:rsidRPr="0050072B">
        <w:t>профилактический</w:t>
      </w:r>
      <w:proofErr w:type="spellEnd"/>
      <w:r w:rsidRPr="0050072B">
        <w:t xml:space="preserve"> </w:t>
      </w:r>
      <w:proofErr w:type="spellStart"/>
      <w:r w:rsidRPr="0050072B">
        <w:t>осмотр</w:t>
      </w:r>
      <w:proofErr w:type="spellEnd"/>
      <w:r w:rsidRPr="0050072B">
        <w:t xml:space="preserve"> </w:t>
      </w:r>
      <w:proofErr w:type="spellStart"/>
      <w:r w:rsidRPr="0050072B">
        <w:t>оборудования</w:t>
      </w:r>
      <w:proofErr w:type="spellEnd"/>
      <w:r w:rsidRPr="0050072B">
        <w:t xml:space="preserve">, </w:t>
      </w:r>
      <w:proofErr w:type="spellStart"/>
      <w:r w:rsidRPr="0050072B">
        <w:t>ремонтные</w:t>
      </w:r>
      <w:proofErr w:type="spellEnd"/>
      <w:r w:rsidRPr="0050072B">
        <w:t xml:space="preserve"> </w:t>
      </w:r>
      <w:proofErr w:type="spellStart"/>
      <w:r w:rsidRPr="0050072B">
        <w:t>работы</w:t>
      </w:r>
      <w:proofErr w:type="spellEnd"/>
      <w:r w:rsidRPr="0050072B">
        <w:t xml:space="preserve"> в </w:t>
      </w:r>
      <w:proofErr w:type="spellStart"/>
      <w:r w:rsidRPr="0050072B">
        <w:t>рамках</w:t>
      </w:r>
      <w:proofErr w:type="spellEnd"/>
      <w:r w:rsidRPr="0050072B">
        <w:t xml:space="preserve"> </w:t>
      </w:r>
      <w:proofErr w:type="spellStart"/>
      <w:r w:rsidRPr="0050072B">
        <w:t>гара</w:t>
      </w:r>
      <w:r w:rsidRPr="0050072B">
        <w:t>нтийного</w:t>
      </w:r>
      <w:proofErr w:type="spellEnd"/>
      <w:r w:rsidRPr="0050072B">
        <w:t xml:space="preserve"> </w:t>
      </w:r>
      <w:proofErr w:type="spellStart"/>
      <w:r w:rsidRPr="0050072B">
        <w:t>или</w:t>
      </w:r>
      <w:proofErr w:type="spellEnd"/>
      <w:r w:rsidRPr="0050072B">
        <w:t xml:space="preserve"> </w:t>
      </w:r>
      <w:proofErr w:type="spellStart"/>
      <w:r w:rsidRPr="0050072B">
        <w:t>негарантийного</w:t>
      </w:r>
      <w:proofErr w:type="spellEnd"/>
      <w:r w:rsidRPr="0050072B">
        <w:t xml:space="preserve"> </w:t>
      </w:r>
      <w:proofErr w:type="spellStart"/>
      <w:r w:rsidRPr="0050072B">
        <w:t>обслуживания</w:t>
      </w:r>
      <w:proofErr w:type="spellEnd"/>
      <w:r w:rsidRPr="0050072B">
        <w:t xml:space="preserve">, </w:t>
      </w:r>
      <w:proofErr w:type="spellStart"/>
      <w:r w:rsidRPr="0050072B">
        <w:t>диагностика</w:t>
      </w:r>
      <w:proofErr w:type="spellEnd"/>
      <w:r w:rsidRPr="0050072B">
        <w:t xml:space="preserve"> </w:t>
      </w:r>
      <w:proofErr w:type="spellStart"/>
      <w:r w:rsidRPr="0050072B">
        <w:t>оборудования</w:t>
      </w:r>
      <w:proofErr w:type="spellEnd"/>
      <w:r w:rsidRPr="0050072B">
        <w:t xml:space="preserve">, </w:t>
      </w:r>
      <w:proofErr w:type="spellStart"/>
      <w:r w:rsidRPr="0050072B">
        <w:t>озонирование</w:t>
      </w:r>
      <w:proofErr w:type="spellEnd"/>
      <w:r w:rsidRPr="0050072B">
        <w:t xml:space="preserve"> (</w:t>
      </w:r>
      <w:proofErr w:type="spellStart"/>
      <w:r w:rsidRPr="0050072B">
        <w:t>профилактическая</w:t>
      </w:r>
      <w:proofErr w:type="spellEnd"/>
      <w:r w:rsidRPr="0050072B">
        <w:t xml:space="preserve"> </w:t>
      </w:r>
      <w:proofErr w:type="spellStart"/>
      <w:r w:rsidRPr="0050072B">
        <w:t>чистка</w:t>
      </w:r>
      <w:proofErr w:type="spellEnd"/>
      <w:r w:rsidRPr="0050072B">
        <w:t xml:space="preserve">) </w:t>
      </w:r>
      <w:proofErr w:type="spellStart"/>
      <w:r w:rsidRPr="0050072B">
        <w:t>кулеров</w:t>
      </w:r>
      <w:proofErr w:type="spellEnd"/>
      <w:r w:rsidRPr="0050072B">
        <w:t xml:space="preserve">, </w:t>
      </w:r>
      <w:proofErr w:type="spellStart"/>
      <w:r w:rsidRPr="0050072B">
        <w:t>устранение</w:t>
      </w:r>
      <w:proofErr w:type="spellEnd"/>
      <w:r w:rsidRPr="0050072B">
        <w:t xml:space="preserve"> </w:t>
      </w:r>
      <w:proofErr w:type="spellStart"/>
      <w:r w:rsidRPr="0050072B">
        <w:t>неисправностей</w:t>
      </w:r>
      <w:proofErr w:type="spellEnd"/>
      <w:r w:rsidRPr="0050072B">
        <w:t xml:space="preserve">, </w:t>
      </w:r>
      <w:proofErr w:type="spellStart"/>
      <w:r w:rsidRPr="0050072B">
        <w:t>иные</w:t>
      </w:r>
      <w:proofErr w:type="spellEnd"/>
      <w:r w:rsidRPr="0050072B">
        <w:t xml:space="preserve"> </w:t>
      </w:r>
      <w:proofErr w:type="spellStart"/>
      <w:r w:rsidRPr="0050072B">
        <w:t>профилактические</w:t>
      </w:r>
      <w:proofErr w:type="spellEnd"/>
      <w:r w:rsidRPr="0050072B">
        <w:t xml:space="preserve"> </w:t>
      </w:r>
      <w:proofErr w:type="spellStart"/>
      <w:r w:rsidRPr="0050072B">
        <w:t>работы</w:t>
      </w:r>
      <w:proofErr w:type="spellEnd"/>
      <w:r w:rsidRPr="0050072B">
        <w:t>.</w:t>
      </w:r>
    </w:p>
    <w:p w:rsidR="006650D5" w:rsidRPr="0050072B" w:rsidRDefault="00FB06A7" w:rsidP="0050072B">
      <w:pPr>
        <w:jc w:val="both"/>
      </w:pPr>
      <w:r w:rsidRPr="0050072B">
        <w:t xml:space="preserve">7.4. </w:t>
      </w:r>
      <w:proofErr w:type="spellStart"/>
      <w:r w:rsidRPr="0050072B">
        <w:t>Ремонт</w:t>
      </w:r>
      <w:proofErr w:type="spellEnd"/>
      <w:r w:rsidRPr="0050072B">
        <w:t xml:space="preserve"> и </w:t>
      </w:r>
      <w:proofErr w:type="spellStart"/>
      <w:r w:rsidRPr="0050072B">
        <w:t>техническое</w:t>
      </w:r>
      <w:proofErr w:type="spellEnd"/>
      <w:r w:rsidRPr="0050072B">
        <w:t xml:space="preserve"> </w:t>
      </w:r>
      <w:proofErr w:type="spellStart"/>
      <w:r w:rsidRPr="0050072B">
        <w:t>обслуживание</w:t>
      </w:r>
      <w:proofErr w:type="spellEnd"/>
      <w:r w:rsidRPr="0050072B">
        <w:t xml:space="preserve"> </w:t>
      </w:r>
      <w:proofErr w:type="spellStart"/>
      <w:r w:rsidRPr="0050072B">
        <w:t>выполняется</w:t>
      </w:r>
      <w:proofErr w:type="spellEnd"/>
      <w:r w:rsidRPr="0050072B">
        <w:t xml:space="preserve"> </w:t>
      </w:r>
      <w:proofErr w:type="spellStart"/>
      <w:r w:rsidRPr="0050072B">
        <w:t>Продавцом</w:t>
      </w:r>
      <w:proofErr w:type="spellEnd"/>
      <w:r w:rsidRPr="0050072B">
        <w:t xml:space="preserve"> в </w:t>
      </w:r>
      <w:proofErr w:type="spellStart"/>
      <w:r w:rsidRPr="0050072B">
        <w:t>согласованные</w:t>
      </w:r>
      <w:proofErr w:type="spellEnd"/>
      <w:r w:rsidRPr="0050072B">
        <w:t xml:space="preserve"> </w:t>
      </w:r>
      <w:proofErr w:type="spellStart"/>
      <w:r w:rsidRPr="0050072B">
        <w:t>сроки</w:t>
      </w:r>
      <w:proofErr w:type="spellEnd"/>
      <w:r w:rsidRPr="0050072B">
        <w:t>,</w:t>
      </w:r>
      <w:r w:rsidRPr="0050072B">
        <w:t xml:space="preserve"> </w:t>
      </w:r>
      <w:proofErr w:type="spellStart"/>
      <w:r w:rsidRPr="0050072B">
        <w:t>при</w:t>
      </w:r>
      <w:proofErr w:type="spellEnd"/>
      <w:r w:rsidRPr="0050072B">
        <w:t xml:space="preserve"> </w:t>
      </w:r>
      <w:proofErr w:type="spellStart"/>
      <w:r w:rsidRPr="0050072B">
        <w:t>наличии</w:t>
      </w:r>
      <w:proofErr w:type="spellEnd"/>
      <w:r w:rsidRPr="0050072B">
        <w:t xml:space="preserve"> </w:t>
      </w:r>
      <w:proofErr w:type="spellStart"/>
      <w:r w:rsidRPr="0050072B">
        <w:t>технических</w:t>
      </w:r>
      <w:proofErr w:type="spellEnd"/>
      <w:r w:rsidRPr="0050072B">
        <w:t xml:space="preserve"> </w:t>
      </w:r>
      <w:proofErr w:type="spellStart"/>
      <w:r w:rsidRPr="0050072B">
        <w:t>возможностей</w:t>
      </w:r>
      <w:proofErr w:type="spellEnd"/>
      <w:r w:rsidRPr="0050072B">
        <w:t xml:space="preserve">. </w:t>
      </w:r>
      <w:proofErr w:type="spellStart"/>
      <w:r w:rsidRPr="0050072B">
        <w:t>Срок</w:t>
      </w:r>
      <w:proofErr w:type="spellEnd"/>
      <w:r w:rsidRPr="0050072B">
        <w:t xml:space="preserve"> </w:t>
      </w:r>
      <w:proofErr w:type="spellStart"/>
      <w:r w:rsidRPr="0050072B">
        <w:t>выполнения</w:t>
      </w:r>
      <w:proofErr w:type="spellEnd"/>
      <w:r w:rsidRPr="0050072B">
        <w:t xml:space="preserve"> </w:t>
      </w:r>
      <w:proofErr w:type="spellStart"/>
      <w:r w:rsidRPr="0050072B">
        <w:t>работ</w:t>
      </w:r>
      <w:proofErr w:type="spellEnd"/>
      <w:r w:rsidRPr="0050072B">
        <w:t xml:space="preserve"> </w:t>
      </w:r>
      <w:proofErr w:type="spellStart"/>
      <w:r w:rsidRPr="0050072B">
        <w:t>составляет</w:t>
      </w:r>
      <w:proofErr w:type="spellEnd"/>
      <w:r w:rsidRPr="0050072B">
        <w:t xml:space="preserve"> </w:t>
      </w:r>
      <w:proofErr w:type="spellStart"/>
      <w:r w:rsidRPr="0050072B">
        <w:t>от</w:t>
      </w:r>
      <w:proofErr w:type="spellEnd"/>
      <w:r w:rsidRPr="0050072B">
        <w:t xml:space="preserve"> 2 </w:t>
      </w:r>
      <w:proofErr w:type="spellStart"/>
      <w:r w:rsidRPr="0050072B">
        <w:t>до</w:t>
      </w:r>
      <w:proofErr w:type="spellEnd"/>
      <w:r w:rsidRPr="0050072B">
        <w:t xml:space="preserve"> 45 </w:t>
      </w:r>
      <w:proofErr w:type="spellStart"/>
      <w:r w:rsidRPr="0050072B">
        <w:t>рабочих</w:t>
      </w:r>
      <w:proofErr w:type="spellEnd"/>
      <w:r w:rsidRPr="0050072B">
        <w:t xml:space="preserve"> </w:t>
      </w:r>
      <w:proofErr w:type="spellStart"/>
      <w:r w:rsidRPr="0050072B">
        <w:t>дней</w:t>
      </w:r>
      <w:proofErr w:type="spellEnd"/>
      <w:r w:rsidRPr="0050072B">
        <w:t xml:space="preserve"> с </w:t>
      </w:r>
      <w:proofErr w:type="spellStart"/>
      <w:r w:rsidRPr="0050072B">
        <w:t>даты</w:t>
      </w:r>
      <w:proofErr w:type="spellEnd"/>
      <w:r w:rsidRPr="0050072B">
        <w:t xml:space="preserve"> </w:t>
      </w:r>
      <w:proofErr w:type="spellStart"/>
      <w:r w:rsidRPr="0050072B">
        <w:t>поступления</w:t>
      </w:r>
      <w:proofErr w:type="spellEnd"/>
      <w:r w:rsidRPr="0050072B">
        <w:t xml:space="preserve"> </w:t>
      </w:r>
      <w:proofErr w:type="spellStart"/>
      <w:r w:rsidRPr="0050072B">
        <w:t>оплаты</w:t>
      </w:r>
      <w:proofErr w:type="spellEnd"/>
      <w:r w:rsidRPr="0050072B">
        <w:t xml:space="preserve">, в </w:t>
      </w:r>
      <w:proofErr w:type="spellStart"/>
      <w:r w:rsidRPr="0050072B">
        <w:t>зависимости</w:t>
      </w:r>
      <w:proofErr w:type="spellEnd"/>
      <w:r w:rsidRPr="0050072B">
        <w:t xml:space="preserve"> </w:t>
      </w:r>
      <w:proofErr w:type="spellStart"/>
      <w:r w:rsidRPr="0050072B">
        <w:t>от</w:t>
      </w:r>
      <w:proofErr w:type="spellEnd"/>
      <w:r w:rsidRPr="0050072B">
        <w:t xml:space="preserve"> </w:t>
      </w:r>
      <w:proofErr w:type="spellStart"/>
      <w:r w:rsidRPr="0050072B">
        <w:t>сложности</w:t>
      </w:r>
      <w:proofErr w:type="spellEnd"/>
      <w:r w:rsidRPr="0050072B">
        <w:t xml:space="preserve"> </w:t>
      </w:r>
      <w:proofErr w:type="spellStart"/>
      <w:r w:rsidRPr="0050072B">
        <w:t>ремонта</w:t>
      </w:r>
      <w:proofErr w:type="spellEnd"/>
      <w:r w:rsidRPr="0050072B">
        <w:t>.</w:t>
      </w:r>
    </w:p>
    <w:p w:rsidR="006650D5" w:rsidRPr="0050072B" w:rsidRDefault="00FB06A7" w:rsidP="0050072B">
      <w:pPr>
        <w:jc w:val="both"/>
      </w:pPr>
      <w:r w:rsidRPr="00FF54D2">
        <w:rPr>
          <w:lang w:val="ru-RU"/>
        </w:rPr>
        <w:t xml:space="preserve">7.5. </w:t>
      </w:r>
      <w:r w:rsidRPr="00FF54D2">
        <w:rPr>
          <w:lang w:val="ru-RU"/>
        </w:rPr>
        <w:t xml:space="preserve">Оборудование принимается на гарантийное обслуживание только при полной </w:t>
      </w:r>
      <w:r w:rsidRPr="00FF54D2">
        <w:rPr>
          <w:lang w:val="ru-RU"/>
        </w:rPr>
        <w:t xml:space="preserve">комплектности: гарантийный талон с отметкой даты продажи, заверенный печатью </w:t>
      </w:r>
      <w:proofErr w:type="spellStart"/>
      <w:r w:rsidRPr="0050072B">
        <w:t>Продавца</w:t>
      </w:r>
      <w:proofErr w:type="spellEnd"/>
      <w:r w:rsidRPr="0050072B">
        <w:t xml:space="preserve">; </w:t>
      </w:r>
      <w:proofErr w:type="spellStart"/>
      <w:r w:rsidRPr="0050072B">
        <w:t>заводская</w:t>
      </w:r>
      <w:proofErr w:type="spellEnd"/>
      <w:r w:rsidRPr="0050072B">
        <w:t xml:space="preserve"> </w:t>
      </w:r>
      <w:proofErr w:type="spellStart"/>
      <w:r w:rsidRPr="0050072B">
        <w:t>упаковка</w:t>
      </w:r>
      <w:proofErr w:type="spellEnd"/>
      <w:r w:rsidRPr="0050072B">
        <w:t xml:space="preserve">; </w:t>
      </w:r>
      <w:proofErr w:type="spellStart"/>
      <w:r w:rsidRPr="0050072B">
        <w:t>паспорт</w:t>
      </w:r>
      <w:proofErr w:type="spellEnd"/>
      <w:r w:rsidRPr="0050072B">
        <w:t xml:space="preserve"> </w:t>
      </w:r>
      <w:proofErr w:type="spellStart"/>
      <w:r w:rsidRPr="0050072B">
        <w:t>устройства</w:t>
      </w:r>
      <w:proofErr w:type="spellEnd"/>
      <w:r w:rsidRPr="0050072B">
        <w:t>.</w:t>
      </w:r>
    </w:p>
    <w:p w:rsidR="006650D5" w:rsidRPr="0050072B" w:rsidRDefault="00FB06A7" w:rsidP="0050072B">
      <w:pPr>
        <w:jc w:val="both"/>
      </w:pPr>
      <w:r w:rsidRPr="0050072B">
        <w:t xml:space="preserve">7.6. </w:t>
      </w:r>
      <w:proofErr w:type="spellStart"/>
      <w:r w:rsidRPr="0050072B">
        <w:t>Гарантийному</w:t>
      </w:r>
      <w:proofErr w:type="spellEnd"/>
      <w:r w:rsidRPr="0050072B">
        <w:t xml:space="preserve"> </w:t>
      </w:r>
      <w:proofErr w:type="spellStart"/>
      <w:r w:rsidRPr="0050072B">
        <w:t>обслуживанию</w:t>
      </w:r>
      <w:proofErr w:type="spellEnd"/>
      <w:r w:rsidRPr="0050072B">
        <w:t xml:space="preserve"> </w:t>
      </w:r>
      <w:proofErr w:type="spellStart"/>
      <w:r w:rsidRPr="0050072B">
        <w:t>устройства</w:t>
      </w:r>
      <w:proofErr w:type="spellEnd"/>
      <w:r w:rsidRPr="0050072B">
        <w:t xml:space="preserve"> </w:t>
      </w:r>
      <w:proofErr w:type="spellStart"/>
      <w:r w:rsidRPr="0050072B">
        <w:t>не</w:t>
      </w:r>
      <w:proofErr w:type="spellEnd"/>
      <w:r w:rsidRPr="0050072B">
        <w:t xml:space="preserve"> </w:t>
      </w:r>
      <w:proofErr w:type="spellStart"/>
      <w:r w:rsidRPr="0050072B">
        <w:t>подлежат</w:t>
      </w:r>
      <w:proofErr w:type="spellEnd"/>
      <w:r w:rsidRPr="0050072B">
        <w:t xml:space="preserve"> в </w:t>
      </w:r>
      <w:proofErr w:type="spellStart"/>
      <w:r w:rsidRPr="0050072B">
        <w:t>случаях</w:t>
      </w:r>
      <w:proofErr w:type="spellEnd"/>
      <w:r w:rsidRPr="0050072B">
        <w:t xml:space="preserve">: </w:t>
      </w:r>
      <w:proofErr w:type="spellStart"/>
      <w:r w:rsidRPr="0050072B">
        <w:t>несоответствия</w:t>
      </w:r>
      <w:proofErr w:type="spellEnd"/>
      <w:r w:rsidRPr="0050072B">
        <w:t xml:space="preserve"> </w:t>
      </w:r>
      <w:proofErr w:type="spellStart"/>
      <w:r w:rsidRPr="0050072B">
        <w:t>требованиям</w:t>
      </w:r>
      <w:proofErr w:type="spellEnd"/>
      <w:r w:rsidRPr="0050072B">
        <w:t xml:space="preserve"> </w:t>
      </w:r>
      <w:proofErr w:type="spellStart"/>
      <w:r w:rsidRPr="0050072B">
        <w:t>комплектности</w:t>
      </w:r>
      <w:proofErr w:type="spellEnd"/>
      <w:r w:rsidRPr="0050072B">
        <w:t xml:space="preserve">; </w:t>
      </w:r>
      <w:proofErr w:type="spellStart"/>
      <w:r w:rsidRPr="0050072B">
        <w:t>выхода</w:t>
      </w:r>
      <w:proofErr w:type="spellEnd"/>
      <w:r w:rsidRPr="0050072B">
        <w:t xml:space="preserve"> </w:t>
      </w:r>
      <w:proofErr w:type="spellStart"/>
      <w:r w:rsidRPr="0050072B">
        <w:t>из</w:t>
      </w:r>
      <w:proofErr w:type="spellEnd"/>
      <w:r w:rsidRPr="0050072B">
        <w:t xml:space="preserve"> </w:t>
      </w:r>
      <w:proofErr w:type="spellStart"/>
      <w:r w:rsidRPr="0050072B">
        <w:t>строя</w:t>
      </w:r>
      <w:proofErr w:type="spellEnd"/>
      <w:r w:rsidRPr="0050072B">
        <w:t xml:space="preserve"> </w:t>
      </w:r>
      <w:proofErr w:type="spellStart"/>
      <w:r w:rsidRPr="0050072B">
        <w:t>нагрев</w:t>
      </w:r>
      <w:r w:rsidRPr="0050072B">
        <w:t>ательного</w:t>
      </w:r>
      <w:proofErr w:type="spellEnd"/>
      <w:r w:rsidRPr="0050072B">
        <w:t xml:space="preserve"> </w:t>
      </w:r>
      <w:proofErr w:type="spellStart"/>
      <w:r w:rsidRPr="0050072B">
        <w:t>бачка</w:t>
      </w:r>
      <w:proofErr w:type="spellEnd"/>
      <w:r w:rsidRPr="0050072B">
        <w:t xml:space="preserve"> </w:t>
      </w:r>
      <w:proofErr w:type="spellStart"/>
      <w:r w:rsidRPr="0050072B">
        <w:t>вследствие</w:t>
      </w:r>
      <w:proofErr w:type="spellEnd"/>
      <w:r w:rsidRPr="0050072B">
        <w:t xml:space="preserve"> </w:t>
      </w:r>
      <w:proofErr w:type="spellStart"/>
      <w:r w:rsidRPr="0050072B">
        <w:t>включения</w:t>
      </w:r>
      <w:proofErr w:type="spellEnd"/>
      <w:r w:rsidRPr="0050072B">
        <w:t xml:space="preserve"> </w:t>
      </w:r>
      <w:proofErr w:type="spellStart"/>
      <w:r w:rsidRPr="0050072B">
        <w:lastRenderedPageBreak/>
        <w:t>аппарата</w:t>
      </w:r>
      <w:proofErr w:type="spellEnd"/>
      <w:r w:rsidRPr="0050072B">
        <w:t xml:space="preserve"> </w:t>
      </w:r>
      <w:proofErr w:type="spellStart"/>
      <w:r w:rsidRPr="0050072B">
        <w:t>без</w:t>
      </w:r>
      <w:proofErr w:type="spellEnd"/>
      <w:r w:rsidRPr="0050072B">
        <w:t xml:space="preserve"> </w:t>
      </w:r>
      <w:proofErr w:type="spellStart"/>
      <w:r w:rsidRPr="0050072B">
        <w:t>воды</w:t>
      </w:r>
      <w:proofErr w:type="spellEnd"/>
      <w:r w:rsidRPr="0050072B">
        <w:t xml:space="preserve">; </w:t>
      </w:r>
      <w:proofErr w:type="spellStart"/>
      <w:r w:rsidRPr="0050072B">
        <w:t>поломки</w:t>
      </w:r>
      <w:proofErr w:type="spellEnd"/>
      <w:r w:rsidRPr="0050072B">
        <w:t xml:space="preserve"> </w:t>
      </w:r>
      <w:proofErr w:type="spellStart"/>
      <w:r w:rsidRPr="0050072B">
        <w:t>пластиковых</w:t>
      </w:r>
      <w:proofErr w:type="spellEnd"/>
      <w:r w:rsidRPr="0050072B">
        <w:t xml:space="preserve"> </w:t>
      </w:r>
      <w:proofErr w:type="spellStart"/>
      <w:r w:rsidRPr="0050072B">
        <w:t>краников</w:t>
      </w:r>
      <w:proofErr w:type="spellEnd"/>
      <w:r w:rsidRPr="0050072B">
        <w:t xml:space="preserve">; </w:t>
      </w:r>
      <w:proofErr w:type="spellStart"/>
      <w:r w:rsidRPr="0050072B">
        <w:t>механических</w:t>
      </w:r>
      <w:proofErr w:type="spellEnd"/>
      <w:r w:rsidRPr="0050072B">
        <w:t xml:space="preserve"> </w:t>
      </w:r>
      <w:proofErr w:type="spellStart"/>
      <w:r w:rsidRPr="0050072B">
        <w:t>повреждений</w:t>
      </w:r>
      <w:proofErr w:type="spellEnd"/>
      <w:r w:rsidRPr="0050072B">
        <w:t xml:space="preserve">, </w:t>
      </w:r>
      <w:proofErr w:type="spellStart"/>
      <w:r w:rsidRPr="0050072B">
        <w:t>вызванных</w:t>
      </w:r>
      <w:proofErr w:type="spellEnd"/>
      <w:r w:rsidRPr="0050072B">
        <w:t xml:space="preserve"> </w:t>
      </w:r>
      <w:proofErr w:type="spellStart"/>
      <w:r w:rsidRPr="0050072B">
        <w:t>по</w:t>
      </w:r>
      <w:proofErr w:type="spellEnd"/>
      <w:r w:rsidRPr="0050072B">
        <w:t xml:space="preserve"> </w:t>
      </w:r>
      <w:proofErr w:type="spellStart"/>
      <w:r w:rsidRPr="0050072B">
        <w:t>вине</w:t>
      </w:r>
      <w:proofErr w:type="spellEnd"/>
      <w:r w:rsidRPr="0050072B">
        <w:t xml:space="preserve"> </w:t>
      </w:r>
      <w:proofErr w:type="spellStart"/>
      <w:r w:rsidRPr="0050072B">
        <w:t>Покупателя</w:t>
      </w:r>
      <w:proofErr w:type="spellEnd"/>
      <w:r w:rsidRPr="0050072B">
        <w:t xml:space="preserve">; </w:t>
      </w:r>
      <w:proofErr w:type="spellStart"/>
      <w:r w:rsidRPr="0050072B">
        <w:t>повреждения</w:t>
      </w:r>
      <w:proofErr w:type="spellEnd"/>
      <w:r w:rsidRPr="0050072B">
        <w:t xml:space="preserve"> (</w:t>
      </w:r>
      <w:proofErr w:type="spellStart"/>
      <w:r w:rsidRPr="0050072B">
        <w:t>вскрытия</w:t>
      </w:r>
      <w:proofErr w:type="spellEnd"/>
      <w:r w:rsidRPr="0050072B">
        <w:t xml:space="preserve">) </w:t>
      </w:r>
      <w:proofErr w:type="spellStart"/>
      <w:r w:rsidRPr="0050072B">
        <w:t>гарантийных</w:t>
      </w:r>
      <w:proofErr w:type="spellEnd"/>
      <w:r w:rsidRPr="0050072B">
        <w:t xml:space="preserve"> </w:t>
      </w:r>
      <w:proofErr w:type="spellStart"/>
      <w:r w:rsidRPr="0050072B">
        <w:t>пломб</w:t>
      </w:r>
      <w:proofErr w:type="spellEnd"/>
      <w:r w:rsidRPr="0050072B">
        <w:t>.</w:t>
      </w:r>
    </w:p>
    <w:p w:rsidR="006650D5" w:rsidRPr="0050072B" w:rsidRDefault="00FB06A7" w:rsidP="0050072B">
      <w:pPr>
        <w:jc w:val="both"/>
      </w:pPr>
      <w:r w:rsidRPr="0050072B">
        <w:t xml:space="preserve">7.7. </w:t>
      </w:r>
      <w:proofErr w:type="spellStart"/>
      <w:r w:rsidRPr="0050072B">
        <w:t>При</w:t>
      </w:r>
      <w:proofErr w:type="spellEnd"/>
      <w:r w:rsidRPr="0050072B">
        <w:t xml:space="preserve"> </w:t>
      </w:r>
      <w:proofErr w:type="spellStart"/>
      <w:r w:rsidRPr="0050072B">
        <w:t>сдаче</w:t>
      </w:r>
      <w:proofErr w:type="spellEnd"/>
      <w:r w:rsidRPr="0050072B">
        <w:t>/</w:t>
      </w:r>
      <w:proofErr w:type="spellStart"/>
      <w:r w:rsidRPr="0050072B">
        <w:t>приемке</w:t>
      </w:r>
      <w:proofErr w:type="spellEnd"/>
      <w:r w:rsidRPr="0050072B">
        <w:t xml:space="preserve"> </w:t>
      </w:r>
      <w:proofErr w:type="spellStart"/>
      <w:r w:rsidRPr="0050072B">
        <w:t>оборудования</w:t>
      </w:r>
      <w:proofErr w:type="spellEnd"/>
      <w:r w:rsidRPr="0050072B">
        <w:t xml:space="preserve"> </w:t>
      </w:r>
      <w:proofErr w:type="spellStart"/>
      <w:r w:rsidRPr="0050072B">
        <w:t>Стороны</w:t>
      </w:r>
      <w:proofErr w:type="spellEnd"/>
      <w:r w:rsidRPr="0050072B">
        <w:t xml:space="preserve"> </w:t>
      </w:r>
      <w:proofErr w:type="spellStart"/>
      <w:r w:rsidRPr="0050072B">
        <w:t>обязуются</w:t>
      </w:r>
      <w:proofErr w:type="spellEnd"/>
      <w:r w:rsidRPr="0050072B">
        <w:t xml:space="preserve"> </w:t>
      </w:r>
      <w:proofErr w:type="spellStart"/>
      <w:r w:rsidRPr="0050072B">
        <w:t>заполнить</w:t>
      </w:r>
      <w:proofErr w:type="spellEnd"/>
      <w:r w:rsidRPr="0050072B">
        <w:t xml:space="preserve"> и </w:t>
      </w:r>
      <w:proofErr w:type="spellStart"/>
      <w:r w:rsidRPr="0050072B">
        <w:t>подпис</w:t>
      </w:r>
      <w:r w:rsidRPr="0050072B">
        <w:t>ать</w:t>
      </w:r>
      <w:proofErr w:type="spellEnd"/>
      <w:r w:rsidRPr="0050072B">
        <w:t xml:space="preserve"> </w:t>
      </w:r>
      <w:proofErr w:type="spellStart"/>
      <w:r w:rsidRPr="0050072B">
        <w:t>сервисный</w:t>
      </w:r>
      <w:proofErr w:type="spellEnd"/>
      <w:r w:rsidRPr="0050072B">
        <w:t xml:space="preserve"> </w:t>
      </w:r>
      <w:proofErr w:type="spellStart"/>
      <w:r w:rsidRPr="0050072B">
        <w:t>лист</w:t>
      </w:r>
      <w:proofErr w:type="spellEnd"/>
      <w:r w:rsidRPr="0050072B">
        <w:t xml:space="preserve">, в </w:t>
      </w:r>
      <w:proofErr w:type="spellStart"/>
      <w:r w:rsidRPr="0050072B">
        <w:t>котором</w:t>
      </w:r>
      <w:proofErr w:type="spellEnd"/>
      <w:r w:rsidRPr="0050072B">
        <w:t xml:space="preserve"> </w:t>
      </w:r>
      <w:proofErr w:type="spellStart"/>
      <w:r w:rsidRPr="0050072B">
        <w:t>указываются</w:t>
      </w:r>
      <w:proofErr w:type="spellEnd"/>
      <w:r w:rsidRPr="0050072B">
        <w:t xml:space="preserve"> </w:t>
      </w:r>
      <w:proofErr w:type="spellStart"/>
      <w:r w:rsidRPr="0050072B">
        <w:t>все</w:t>
      </w:r>
      <w:proofErr w:type="spellEnd"/>
      <w:r w:rsidRPr="0050072B">
        <w:t xml:space="preserve"> </w:t>
      </w:r>
      <w:proofErr w:type="spellStart"/>
      <w:r w:rsidRPr="0050072B">
        <w:t>неисправности</w:t>
      </w:r>
      <w:proofErr w:type="spellEnd"/>
      <w:r w:rsidRPr="0050072B">
        <w:t xml:space="preserve"> и </w:t>
      </w:r>
      <w:proofErr w:type="spellStart"/>
      <w:r w:rsidRPr="0050072B">
        <w:t>внешние</w:t>
      </w:r>
      <w:proofErr w:type="spellEnd"/>
      <w:r w:rsidRPr="0050072B">
        <w:t xml:space="preserve"> </w:t>
      </w:r>
      <w:proofErr w:type="spellStart"/>
      <w:r w:rsidRPr="0050072B">
        <w:t>дефекты</w:t>
      </w:r>
      <w:proofErr w:type="spellEnd"/>
      <w:r w:rsidRPr="0050072B">
        <w:t xml:space="preserve"> </w:t>
      </w:r>
      <w:proofErr w:type="spellStart"/>
      <w:r w:rsidRPr="0050072B">
        <w:t>оборудования</w:t>
      </w:r>
      <w:proofErr w:type="spellEnd"/>
      <w:r w:rsidRPr="0050072B">
        <w:t xml:space="preserve"> (</w:t>
      </w:r>
      <w:proofErr w:type="spellStart"/>
      <w:r w:rsidRPr="0050072B">
        <w:t>сколы</w:t>
      </w:r>
      <w:proofErr w:type="spellEnd"/>
      <w:r w:rsidRPr="0050072B">
        <w:t xml:space="preserve">, </w:t>
      </w:r>
      <w:proofErr w:type="spellStart"/>
      <w:r w:rsidRPr="0050072B">
        <w:t>царапины</w:t>
      </w:r>
      <w:proofErr w:type="spellEnd"/>
      <w:r w:rsidRPr="0050072B">
        <w:t xml:space="preserve">, </w:t>
      </w:r>
      <w:proofErr w:type="spellStart"/>
      <w:r w:rsidRPr="0050072B">
        <w:t>видимые</w:t>
      </w:r>
      <w:proofErr w:type="spellEnd"/>
      <w:r w:rsidRPr="0050072B">
        <w:t xml:space="preserve"> </w:t>
      </w:r>
      <w:proofErr w:type="spellStart"/>
      <w:r w:rsidRPr="0050072B">
        <w:t>повреждения</w:t>
      </w:r>
      <w:proofErr w:type="spellEnd"/>
      <w:r w:rsidRPr="0050072B">
        <w:t>).</w:t>
      </w:r>
    </w:p>
    <w:p w:rsidR="006650D5" w:rsidRPr="0050072B" w:rsidRDefault="00FB06A7" w:rsidP="0050072B">
      <w:pPr>
        <w:jc w:val="both"/>
      </w:pPr>
      <w:r w:rsidRPr="0050072B">
        <w:t xml:space="preserve">7.8. </w:t>
      </w:r>
      <w:proofErr w:type="spellStart"/>
      <w:r w:rsidRPr="0050072B">
        <w:t>Транспортировка</w:t>
      </w:r>
      <w:proofErr w:type="spellEnd"/>
      <w:r w:rsidRPr="0050072B">
        <w:t xml:space="preserve"> </w:t>
      </w:r>
      <w:proofErr w:type="spellStart"/>
      <w:r w:rsidRPr="0050072B">
        <w:t>оборудования</w:t>
      </w:r>
      <w:proofErr w:type="spellEnd"/>
      <w:r w:rsidRPr="0050072B">
        <w:t xml:space="preserve"> </w:t>
      </w:r>
      <w:proofErr w:type="spellStart"/>
      <w:r w:rsidRPr="0050072B">
        <w:t>от</w:t>
      </w:r>
      <w:proofErr w:type="spellEnd"/>
      <w:r w:rsidRPr="0050072B">
        <w:t xml:space="preserve"> </w:t>
      </w:r>
      <w:proofErr w:type="spellStart"/>
      <w:r w:rsidRPr="0050072B">
        <w:t>Покупателя</w:t>
      </w:r>
      <w:proofErr w:type="spellEnd"/>
      <w:r w:rsidRPr="0050072B">
        <w:t xml:space="preserve"> в </w:t>
      </w:r>
      <w:proofErr w:type="spellStart"/>
      <w:r w:rsidRPr="0050072B">
        <w:t>сервисный</w:t>
      </w:r>
      <w:proofErr w:type="spellEnd"/>
      <w:r w:rsidRPr="0050072B">
        <w:t xml:space="preserve"> </w:t>
      </w:r>
      <w:proofErr w:type="spellStart"/>
      <w:r w:rsidRPr="0050072B">
        <w:t>центр</w:t>
      </w:r>
      <w:proofErr w:type="spellEnd"/>
      <w:r w:rsidRPr="0050072B">
        <w:t xml:space="preserve"> и </w:t>
      </w:r>
      <w:proofErr w:type="spellStart"/>
      <w:r w:rsidRPr="0050072B">
        <w:t>обратно</w:t>
      </w:r>
      <w:proofErr w:type="spellEnd"/>
      <w:r w:rsidRPr="0050072B">
        <w:t xml:space="preserve"> </w:t>
      </w:r>
      <w:proofErr w:type="spellStart"/>
      <w:r w:rsidRPr="0050072B">
        <w:t>является</w:t>
      </w:r>
      <w:proofErr w:type="spellEnd"/>
      <w:r w:rsidRPr="0050072B">
        <w:t xml:space="preserve"> </w:t>
      </w:r>
      <w:proofErr w:type="spellStart"/>
      <w:r w:rsidRPr="0050072B">
        <w:t>платной</w:t>
      </w:r>
      <w:proofErr w:type="spellEnd"/>
      <w:r w:rsidRPr="0050072B">
        <w:t xml:space="preserve">. </w:t>
      </w:r>
      <w:proofErr w:type="spellStart"/>
      <w:r w:rsidRPr="0050072B">
        <w:t>Если</w:t>
      </w:r>
      <w:proofErr w:type="spellEnd"/>
      <w:r w:rsidRPr="0050072B">
        <w:t xml:space="preserve"> </w:t>
      </w:r>
      <w:proofErr w:type="spellStart"/>
      <w:r w:rsidRPr="0050072B">
        <w:t>транспортировка</w:t>
      </w:r>
      <w:proofErr w:type="spellEnd"/>
      <w:r w:rsidRPr="0050072B">
        <w:t xml:space="preserve"> </w:t>
      </w:r>
      <w:proofErr w:type="spellStart"/>
      <w:r w:rsidRPr="0050072B">
        <w:t>совпадает</w:t>
      </w:r>
      <w:proofErr w:type="spellEnd"/>
      <w:r w:rsidRPr="0050072B">
        <w:t xml:space="preserve"> </w:t>
      </w:r>
      <w:r w:rsidRPr="0050072B">
        <w:t xml:space="preserve">с </w:t>
      </w:r>
      <w:proofErr w:type="spellStart"/>
      <w:r w:rsidRPr="0050072B">
        <w:t>заказом</w:t>
      </w:r>
      <w:proofErr w:type="spellEnd"/>
      <w:r w:rsidRPr="0050072B">
        <w:t xml:space="preserve"> </w:t>
      </w:r>
      <w:proofErr w:type="spellStart"/>
      <w:r w:rsidRPr="0050072B">
        <w:t>товара</w:t>
      </w:r>
      <w:proofErr w:type="spellEnd"/>
      <w:r w:rsidRPr="0050072B">
        <w:t xml:space="preserve"> у </w:t>
      </w:r>
      <w:proofErr w:type="spellStart"/>
      <w:r w:rsidRPr="0050072B">
        <w:t>Продавца</w:t>
      </w:r>
      <w:proofErr w:type="spellEnd"/>
      <w:r w:rsidRPr="0050072B">
        <w:t xml:space="preserve">, </w:t>
      </w:r>
      <w:proofErr w:type="spellStart"/>
      <w:r w:rsidRPr="0050072B">
        <w:t>доставка</w:t>
      </w:r>
      <w:proofErr w:type="spellEnd"/>
      <w:r w:rsidRPr="0050072B">
        <w:t xml:space="preserve"> </w:t>
      </w:r>
      <w:proofErr w:type="spellStart"/>
      <w:r w:rsidRPr="0050072B">
        <w:t>осуществляется</w:t>
      </w:r>
      <w:proofErr w:type="spellEnd"/>
      <w:r w:rsidRPr="0050072B">
        <w:t xml:space="preserve"> </w:t>
      </w:r>
      <w:proofErr w:type="spellStart"/>
      <w:r w:rsidRPr="0050072B">
        <w:t>за</w:t>
      </w:r>
      <w:proofErr w:type="spellEnd"/>
      <w:r w:rsidRPr="0050072B">
        <w:t xml:space="preserve"> </w:t>
      </w:r>
      <w:proofErr w:type="spellStart"/>
      <w:r w:rsidRPr="0050072B">
        <w:t>счет</w:t>
      </w:r>
      <w:proofErr w:type="spellEnd"/>
      <w:r w:rsidRPr="0050072B">
        <w:t xml:space="preserve"> </w:t>
      </w:r>
      <w:proofErr w:type="spellStart"/>
      <w:r w:rsidRPr="0050072B">
        <w:t>Продавца</w:t>
      </w:r>
      <w:proofErr w:type="spellEnd"/>
      <w:r w:rsidRPr="0050072B">
        <w:t>.</w:t>
      </w:r>
    </w:p>
    <w:p w:rsidR="006650D5" w:rsidRPr="00FF54D2" w:rsidRDefault="00FB06A7" w:rsidP="0050072B">
      <w:pPr>
        <w:jc w:val="both"/>
        <w:rPr>
          <w:lang w:val="ru-RU"/>
        </w:rPr>
      </w:pPr>
      <w:r w:rsidRPr="00FF54D2">
        <w:rPr>
          <w:lang w:val="ru-RU"/>
        </w:rPr>
        <w:t xml:space="preserve">7.9. </w:t>
      </w:r>
      <w:r w:rsidRPr="00FF54D2">
        <w:rPr>
          <w:lang w:val="ru-RU"/>
        </w:rPr>
        <w:t xml:space="preserve">Услуга подмены (замены кулера Покупателя на другой) на время ремонта предоставляется бесплатно при условии, что Покупатель </w:t>
      </w:r>
      <w:r w:rsidR="00FF54D2">
        <w:rPr>
          <w:lang w:val="ru-RU"/>
        </w:rPr>
        <w:t>является</w:t>
      </w:r>
      <w:r w:rsidRPr="00FF54D2">
        <w:rPr>
          <w:lang w:val="ru-RU"/>
        </w:rPr>
        <w:t xml:space="preserve"> клиентом Продавца. Продавец может предостав</w:t>
      </w:r>
      <w:r w:rsidRPr="00FF54D2">
        <w:rPr>
          <w:lang w:val="ru-RU"/>
        </w:rPr>
        <w:t>ить б/у кулер, модель которого может отличаться от модели Покупателя</w:t>
      </w:r>
      <w:r w:rsidR="00FF54D2">
        <w:rPr>
          <w:lang w:val="ru-RU"/>
        </w:rPr>
        <w:t xml:space="preserve"> при условии наличия, в случае отсутствия оборудования на подмену, сроки в которые подмена может быть предоставлена не определены.</w:t>
      </w:r>
    </w:p>
    <w:p w:rsidR="006650D5" w:rsidRPr="0050072B" w:rsidRDefault="00FB06A7" w:rsidP="0050072B">
      <w:pPr>
        <w:jc w:val="both"/>
      </w:pPr>
      <w:r w:rsidRPr="0050072B">
        <w:t xml:space="preserve">7.10. </w:t>
      </w:r>
      <w:proofErr w:type="spellStart"/>
      <w:r w:rsidRPr="0050072B">
        <w:t>Все</w:t>
      </w:r>
      <w:proofErr w:type="spellEnd"/>
      <w:r w:rsidRPr="0050072B">
        <w:t xml:space="preserve"> </w:t>
      </w:r>
      <w:proofErr w:type="spellStart"/>
      <w:r w:rsidRPr="0050072B">
        <w:t>услуги</w:t>
      </w:r>
      <w:proofErr w:type="spellEnd"/>
      <w:r w:rsidRPr="0050072B">
        <w:t>/</w:t>
      </w:r>
      <w:proofErr w:type="spellStart"/>
      <w:r w:rsidRPr="0050072B">
        <w:t>работы</w:t>
      </w:r>
      <w:proofErr w:type="spellEnd"/>
      <w:r w:rsidRPr="0050072B">
        <w:t xml:space="preserve"> </w:t>
      </w:r>
      <w:proofErr w:type="spellStart"/>
      <w:r w:rsidRPr="0050072B">
        <w:t>отражаются</w:t>
      </w:r>
      <w:proofErr w:type="spellEnd"/>
      <w:r w:rsidRPr="0050072B">
        <w:t xml:space="preserve"> в </w:t>
      </w:r>
      <w:proofErr w:type="spellStart"/>
      <w:r w:rsidRPr="0050072B">
        <w:t>Акте</w:t>
      </w:r>
      <w:proofErr w:type="spellEnd"/>
      <w:r w:rsidRPr="0050072B">
        <w:t xml:space="preserve"> </w:t>
      </w:r>
      <w:proofErr w:type="spellStart"/>
      <w:r w:rsidRPr="0050072B">
        <w:t>выполненных</w:t>
      </w:r>
      <w:proofErr w:type="spellEnd"/>
      <w:r w:rsidRPr="0050072B">
        <w:t xml:space="preserve"> </w:t>
      </w:r>
      <w:proofErr w:type="spellStart"/>
      <w:r w:rsidRPr="0050072B">
        <w:t>работ</w:t>
      </w:r>
      <w:proofErr w:type="spellEnd"/>
      <w:r w:rsidRPr="0050072B">
        <w:t xml:space="preserve">. </w:t>
      </w:r>
      <w:proofErr w:type="spellStart"/>
      <w:r w:rsidRPr="0050072B">
        <w:t>Подписание</w:t>
      </w:r>
      <w:proofErr w:type="spellEnd"/>
      <w:r w:rsidRPr="0050072B">
        <w:t xml:space="preserve"> </w:t>
      </w:r>
      <w:proofErr w:type="spellStart"/>
      <w:r w:rsidRPr="0050072B">
        <w:t>Акта</w:t>
      </w:r>
      <w:proofErr w:type="spellEnd"/>
      <w:r w:rsidRPr="0050072B">
        <w:t xml:space="preserve"> </w:t>
      </w:r>
      <w:proofErr w:type="spellStart"/>
      <w:r w:rsidRPr="0050072B">
        <w:t>сторонами</w:t>
      </w:r>
      <w:proofErr w:type="spellEnd"/>
      <w:r w:rsidRPr="0050072B">
        <w:t xml:space="preserve"> </w:t>
      </w:r>
      <w:proofErr w:type="spellStart"/>
      <w:r w:rsidRPr="0050072B">
        <w:t>является</w:t>
      </w:r>
      <w:proofErr w:type="spellEnd"/>
      <w:r w:rsidRPr="0050072B">
        <w:t xml:space="preserve"> </w:t>
      </w:r>
      <w:proofErr w:type="spellStart"/>
      <w:r w:rsidRPr="0050072B">
        <w:t>подтверждением</w:t>
      </w:r>
      <w:proofErr w:type="spellEnd"/>
      <w:r w:rsidRPr="0050072B">
        <w:t xml:space="preserve"> </w:t>
      </w:r>
      <w:proofErr w:type="spellStart"/>
      <w:r w:rsidRPr="0050072B">
        <w:t>выполненных</w:t>
      </w:r>
      <w:proofErr w:type="spellEnd"/>
      <w:r w:rsidRPr="0050072B">
        <w:t xml:space="preserve"> </w:t>
      </w:r>
      <w:proofErr w:type="spellStart"/>
      <w:r w:rsidRPr="0050072B">
        <w:t>работ</w:t>
      </w:r>
      <w:proofErr w:type="spellEnd"/>
      <w:r w:rsidRPr="0050072B">
        <w:t xml:space="preserve">. </w:t>
      </w:r>
      <w:proofErr w:type="spellStart"/>
      <w:r w:rsidRPr="0050072B">
        <w:t>Оплата</w:t>
      </w:r>
      <w:proofErr w:type="spellEnd"/>
      <w:r w:rsidRPr="0050072B">
        <w:t xml:space="preserve"> </w:t>
      </w:r>
      <w:proofErr w:type="spellStart"/>
      <w:r w:rsidRPr="0050072B">
        <w:t>осуществляется</w:t>
      </w:r>
      <w:proofErr w:type="spellEnd"/>
      <w:r w:rsidRPr="0050072B">
        <w:t xml:space="preserve"> в </w:t>
      </w:r>
      <w:proofErr w:type="spellStart"/>
      <w:r w:rsidRPr="0050072B">
        <w:t>течение</w:t>
      </w:r>
      <w:proofErr w:type="spellEnd"/>
      <w:r w:rsidRPr="0050072B">
        <w:t xml:space="preserve"> 3 (</w:t>
      </w:r>
      <w:proofErr w:type="spellStart"/>
      <w:r w:rsidRPr="0050072B">
        <w:t>трех</w:t>
      </w:r>
      <w:proofErr w:type="spellEnd"/>
      <w:r w:rsidRPr="0050072B">
        <w:t xml:space="preserve">) </w:t>
      </w:r>
      <w:proofErr w:type="spellStart"/>
      <w:r w:rsidRPr="0050072B">
        <w:t>календарных</w:t>
      </w:r>
      <w:proofErr w:type="spellEnd"/>
      <w:r w:rsidRPr="0050072B">
        <w:t xml:space="preserve"> </w:t>
      </w:r>
      <w:proofErr w:type="spellStart"/>
      <w:r w:rsidRPr="0050072B">
        <w:t>дне</w:t>
      </w:r>
      <w:r w:rsidRPr="0050072B">
        <w:t>й</w:t>
      </w:r>
      <w:proofErr w:type="spellEnd"/>
      <w:r w:rsidRPr="0050072B">
        <w:t xml:space="preserve"> с </w:t>
      </w:r>
      <w:proofErr w:type="spellStart"/>
      <w:r w:rsidRPr="0050072B">
        <w:t>момента</w:t>
      </w:r>
      <w:proofErr w:type="spellEnd"/>
      <w:r w:rsidRPr="0050072B">
        <w:t xml:space="preserve"> </w:t>
      </w:r>
      <w:proofErr w:type="spellStart"/>
      <w:r w:rsidRPr="0050072B">
        <w:t>выставления</w:t>
      </w:r>
      <w:proofErr w:type="spellEnd"/>
      <w:r w:rsidRPr="0050072B">
        <w:t xml:space="preserve"> </w:t>
      </w:r>
      <w:proofErr w:type="spellStart"/>
      <w:r w:rsidRPr="0050072B">
        <w:t>счета</w:t>
      </w:r>
      <w:proofErr w:type="spellEnd"/>
      <w:r w:rsidRPr="0050072B">
        <w:t xml:space="preserve"> в </w:t>
      </w:r>
      <w:proofErr w:type="spellStart"/>
      <w:r w:rsidRPr="0050072B">
        <w:t>порядке</w:t>
      </w:r>
      <w:proofErr w:type="spellEnd"/>
      <w:r w:rsidRPr="0050072B">
        <w:t xml:space="preserve"> 100% </w:t>
      </w:r>
      <w:proofErr w:type="spellStart"/>
      <w:r w:rsidRPr="0050072B">
        <w:t>предоплаты</w:t>
      </w:r>
      <w:proofErr w:type="spellEnd"/>
      <w:r w:rsidRPr="0050072B">
        <w:t>.</w:t>
      </w:r>
    </w:p>
    <w:p w:rsidR="006650D5" w:rsidRPr="00FF54D2" w:rsidRDefault="00FB06A7" w:rsidP="0050072B">
      <w:pPr>
        <w:jc w:val="both"/>
        <w:rPr>
          <w:lang w:val="ru-RU"/>
        </w:rPr>
      </w:pPr>
      <w:r w:rsidRPr="0050072B">
        <w:t xml:space="preserve">7.11. </w:t>
      </w:r>
      <w:r w:rsidRPr="0050072B">
        <w:t xml:space="preserve">В </w:t>
      </w:r>
      <w:proofErr w:type="spellStart"/>
      <w:r w:rsidRPr="0050072B">
        <w:t>случае</w:t>
      </w:r>
      <w:proofErr w:type="spellEnd"/>
      <w:r w:rsidRPr="0050072B">
        <w:t xml:space="preserve"> </w:t>
      </w:r>
      <w:proofErr w:type="spellStart"/>
      <w:r w:rsidRPr="0050072B">
        <w:t>если</w:t>
      </w:r>
      <w:proofErr w:type="spellEnd"/>
      <w:r w:rsidRPr="0050072B">
        <w:t xml:space="preserve"> </w:t>
      </w:r>
      <w:proofErr w:type="spellStart"/>
      <w:r w:rsidRPr="0050072B">
        <w:t>Покупатель</w:t>
      </w:r>
      <w:proofErr w:type="spellEnd"/>
      <w:r w:rsidRPr="0050072B">
        <w:t xml:space="preserve"> </w:t>
      </w:r>
      <w:proofErr w:type="spellStart"/>
      <w:r w:rsidRPr="0050072B">
        <w:t>по</w:t>
      </w:r>
      <w:proofErr w:type="spellEnd"/>
      <w:r w:rsidRPr="0050072B">
        <w:t xml:space="preserve"> </w:t>
      </w:r>
      <w:proofErr w:type="spellStart"/>
      <w:r w:rsidRPr="0050072B">
        <w:t>истечении</w:t>
      </w:r>
      <w:proofErr w:type="spellEnd"/>
      <w:r w:rsidRPr="0050072B">
        <w:t xml:space="preserve"> 4 (</w:t>
      </w:r>
      <w:proofErr w:type="spellStart"/>
      <w:r w:rsidRPr="0050072B">
        <w:t>четырех</w:t>
      </w:r>
      <w:proofErr w:type="spellEnd"/>
      <w:r w:rsidRPr="0050072B">
        <w:t xml:space="preserve">) </w:t>
      </w:r>
      <w:proofErr w:type="spellStart"/>
      <w:r w:rsidRPr="0050072B">
        <w:t>месяцев</w:t>
      </w:r>
      <w:proofErr w:type="spellEnd"/>
      <w:r w:rsidRPr="0050072B">
        <w:t xml:space="preserve"> с </w:t>
      </w:r>
      <w:proofErr w:type="spellStart"/>
      <w:r w:rsidRPr="0050072B">
        <w:t>момента</w:t>
      </w:r>
      <w:proofErr w:type="spellEnd"/>
      <w:r w:rsidRPr="0050072B">
        <w:t xml:space="preserve"> </w:t>
      </w:r>
      <w:proofErr w:type="spellStart"/>
      <w:r w:rsidRPr="0050072B">
        <w:t>выполнения</w:t>
      </w:r>
      <w:proofErr w:type="spellEnd"/>
      <w:r w:rsidRPr="0050072B">
        <w:t xml:space="preserve"> </w:t>
      </w:r>
      <w:proofErr w:type="spellStart"/>
      <w:r w:rsidRPr="0050072B">
        <w:t>услуг</w:t>
      </w:r>
      <w:proofErr w:type="spellEnd"/>
      <w:r w:rsidRPr="0050072B">
        <w:t>/</w:t>
      </w:r>
      <w:proofErr w:type="spellStart"/>
      <w:r w:rsidRPr="0050072B">
        <w:t>работ</w:t>
      </w:r>
      <w:proofErr w:type="spellEnd"/>
      <w:r w:rsidRPr="0050072B">
        <w:t xml:space="preserve"> </w:t>
      </w:r>
      <w:proofErr w:type="spellStart"/>
      <w:r w:rsidRPr="0050072B">
        <w:t>не</w:t>
      </w:r>
      <w:proofErr w:type="spellEnd"/>
      <w:r w:rsidRPr="0050072B">
        <w:t xml:space="preserve"> </w:t>
      </w:r>
      <w:proofErr w:type="spellStart"/>
      <w:r w:rsidRPr="0050072B">
        <w:t>подтвердил</w:t>
      </w:r>
      <w:proofErr w:type="spellEnd"/>
      <w:r w:rsidRPr="0050072B">
        <w:t xml:space="preserve"> </w:t>
      </w:r>
      <w:proofErr w:type="spellStart"/>
      <w:r w:rsidRPr="0050072B">
        <w:t>готовность</w:t>
      </w:r>
      <w:proofErr w:type="spellEnd"/>
      <w:r w:rsidRPr="0050072B">
        <w:t xml:space="preserve"> </w:t>
      </w:r>
      <w:proofErr w:type="spellStart"/>
      <w:r w:rsidRPr="0050072B">
        <w:t>забрать</w:t>
      </w:r>
      <w:proofErr w:type="spellEnd"/>
      <w:r w:rsidRPr="0050072B">
        <w:t xml:space="preserve"> </w:t>
      </w:r>
      <w:proofErr w:type="spellStart"/>
      <w:r w:rsidRPr="0050072B">
        <w:t>свое</w:t>
      </w:r>
      <w:proofErr w:type="spellEnd"/>
      <w:r w:rsidRPr="0050072B">
        <w:t xml:space="preserve"> </w:t>
      </w:r>
      <w:proofErr w:type="spellStart"/>
      <w:r w:rsidRPr="0050072B">
        <w:t>оборудование</w:t>
      </w:r>
      <w:proofErr w:type="spellEnd"/>
      <w:r w:rsidRPr="0050072B">
        <w:t xml:space="preserve">, </w:t>
      </w:r>
      <w:proofErr w:type="spellStart"/>
      <w:r w:rsidRPr="0050072B">
        <w:t>Продавец</w:t>
      </w:r>
      <w:proofErr w:type="spellEnd"/>
      <w:r w:rsidRPr="0050072B">
        <w:t xml:space="preserve"> </w:t>
      </w:r>
      <w:proofErr w:type="spellStart"/>
      <w:r w:rsidRPr="0050072B">
        <w:t>вправе</w:t>
      </w:r>
      <w:proofErr w:type="spellEnd"/>
      <w:r w:rsidRPr="0050072B">
        <w:t xml:space="preserve"> </w:t>
      </w:r>
      <w:proofErr w:type="spellStart"/>
      <w:r w:rsidRPr="0050072B">
        <w:t>признать</w:t>
      </w:r>
      <w:proofErr w:type="spellEnd"/>
      <w:r w:rsidRPr="0050072B">
        <w:t xml:space="preserve">, </w:t>
      </w:r>
      <w:proofErr w:type="spellStart"/>
      <w:r w:rsidRPr="0050072B">
        <w:t>что</w:t>
      </w:r>
      <w:proofErr w:type="spellEnd"/>
      <w:r w:rsidRPr="0050072B">
        <w:t xml:space="preserve"> </w:t>
      </w:r>
      <w:proofErr w:type="spellStart"/>
      <w:r w:rsidRPr="0050072B">
        <w:t>Покупатель</w:t>
      </w:r>
      <w:proofErr w:type="spellEnd"/>
      <w:r w:rsidRPr="0050072B">
        <w:t xml:space="preserve"> </w:t>
      </w:r>
      <w:proofErr w:type="spellStart"/>
      <w:r w:rsidRPr="0050072B">
        <w:t>отчуждает</w:t>
      </w:r>
      <w:proofErr w:type="spellEnd"/>
      <w:r w:rsidRPr="0050072B">
        <w:t xml:space="preserve"> </w:t>
      </w:r>
      <w:proofErr w:type="spellStart"/>
      <w:r w:rsidRPr="0050072B">
        <w:t>оборудование</w:t>
      </w:r>
      <w:proofErr w:type="spellEnd"/>
      <w:r w:rsidRPr="0050072B">
        <w:t xml:space="preserve"> в </w:t>
      </w:r>
      <w:proofErr w:type="spellStart"/>
      <w:r w:rsidRPr="0050072B">
        <w:t>пользу</w:t>
      </w:r>
      <w:proofErr w:type="spellEnd"/>
      <w:r w:rsidRPr="0050072B">
        <w:t xml:space="preserve"> </w:t>
      </w:r>
      <w:proofErr w:type="spellStart"/>
      <w:r w:rsidRPr="0050072B">
        <w:t>Продавца</w:t>
      </w:r>
      <w:proofErr w:type="spellEnd"/>
      <w:r w:rsidRPr="0050072B">
        <w:t xml:space="preserve">. </w:t>
      </w:r>
      <w:r w:rsidRPr="00FF54D2">
        <w:rPr>
          <w:lang w:val="ru-RU"/>
        </w:rPr>
        <w:t>Продавец вправе без согласия Покупателя реализовать оборудование для возмещения фактически понесенных расходов на хранение</w:t>
      </w:r>
      <w:r w:rsidR="00FF54D2">
        <w:rPr>
          <w:lang w:val="ru-RU"/>
        </w:rPr>
        <w:t xml:space="preserve">, ремонт </w:t>
      </w:r>
      <w:r w:rsidRPr="00FF54D2">
        <w:rPr>
          <w:lang w:val="ru-RU"/>
        </w:rPr>
        <w:t>и транспортировку.</w:t>
      </w:r>
    </w:p>
    <w:p w:rsidR="006650D5" w:rsidRPr="009B002E" w:rsidRDefault="00FB06A7">
      <w:pPr>
        <w:spacing w:after="120" w:line="360" w:lineRule="auto"/>
        <w:rPr>
          <w:lang w:val="ru-RU"/>
        </w:rPr>
      </w:pPr>
      <w:r w:rsidRPr="009B002E">
        <w:rPr>
          <w:rFonts w:ascii="Times New Roman" w:eastAsia="Times New Roman" w:hAnsi="Times New Roman"/>
          <w:b/>
          <w:sz w:val="26"/>
          <w:lang w:val="ru-RU"/>
        </w:rPr>
        <w:t>8. УСЛОВИЯ ОБОРОТА ТАРЫ И ХРАНЕНИЕ ТОВАРА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8.1. </w:t>
      </w:r>
      <w:r w:rsidRPr="009B002E">
        <w:rPr>
          <w:lang w:val="ru-RU"/>
        </w:rPr>
        <w:t xml:space="preserve">Передача питьевой воды </w:t>
      </w:r>
      <w:r w:rsidRPr="009B002E">
        <w:rPr>
          <w:lang w:val="ru-RU"/>
        </w:rPr>
        <w:t>осуществляется в таре, являющейся собственностью Продавца (многооборотная тара), а также в одноразовой таре.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8.2. </w:t>
      </w:r>
      <w:r w:rsidRPr="009B002E">
        <w:rPr>
          <w:lang w:val="ru-RU"/>
        </w:rPr>
        <w:t>Покупатель обязан обеспечивать сохранность переданной многооборотной тары. Покупатель не вправе использовать тару, кроме как в целях потреблен</w:t>
      </w:r>
      <w:r w:rsidRPr="009B002E">
        <w:rPr>
          <w:lang w:val="ru-RU"/>
        </w:rPr>
        <w:t xml:space="preserve">ия приобретенного товара, обязан обеспечивать хранение тары в чистоте и условиях, исключающих порчу, повреждение, попадание посторонних предметов и веществ, а также иных воздействий, влекущих возникновение посторонних запахов. Выявление нарушения любой из </w:t>
      </w:r>
      <w:r w:rsidRPr="009B002E">
        <w:rPr>
          <w:lang w:val="ru-RU"/>
        </w:rPr>
        <w:t>указанных обязанностей свидетельствует о существенном повреждении тары.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8.3. </w:t>
      </w:r>
      <w:r w:rsidRPr="009B002E">
        <w:rPr>
          <w:lang w:val="ru-RU"/>
        </w:rPr>
        <w:t>Переданная многооборотная тара подлежит возврату Продавцу. Покупатель вносит обеспечительный платеж (залог) за каждую единицу многооборотной тары в размере, указанном на сайте или</w:t>
      </w:r>
      <w:r w:rsidRPr="009B002E">
        <w:rPr>
          <w:lang w:val="ru-RU"/>
        </w:rPr>
        <w:t xml:space="preserve"> в Заказе.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8.4. </w:t>
      </w:r>
      <w:r w:rsidRPr="009B002E">
        <w:rPr>
          <w:lang w:val="ru-RU"/>
        </w:rPr>
        <w:t>При очередном Заказе Покупатель обязуется сдать пустую тару взамен на тару, содержащую продукцию. Обеспечительный платеж за сданную тару возвращается или зачитывается в счет новой тары.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8.5. </w:t>
      </w:r>
      <w:r w:rsidRPr="009B002E">
        <w:rPr>
          <w:lang w:val="ru-RU"/>
        </w:rPr>
        <w:t xml:space="preserve">В случае повреждения, утраты или невозврата тары </w:t>
      </w:r>
      <w:r w:rsidRPr="009B002E">
        <w:rPr>
          <w:lang w:val="ru-RU"/>
        </w:rPr>
        <w:t>в течение 2 (двух) календарных лет с момента последней отгрузки Продавец вправе удержать обеспечительный платеж в качестве возмещения за испорченную или утерянную многооборотную тару. Тара считается реализованной Покупателю по цене оплаченного залога. Согл</w:t>
      </w:r>
      <w:r w:rsidRPr="009B002E">
        <w:rPr>
          <w:lang w:val="ru-RU"/>
        </w:rPr>
        <w:t>асие Покупателя в данном случае не требуется.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lastRenderedPageBreak/>
        <w:t xml:space="preserve">8.6. </w:t>
      </w:r>
      <w:r w:rsidRPr="009B002E">
        <w:rPr>
          <w:lang w:val="ru-RU"/>
        </w:rPr>
        <w:t xml:space="preserve">Возврат внесенного обеспечительного платежа производится в течение 10 (десяти) рабочих дней с момента возврата Покупателем всех переданных ему ранее бутылей, при условии, что соответствующая сумма не была </w:t>
      </w:r>
      <w:r w:rsidRPr="009B002E">
        <w:rPr>
          <w:lang w:val="ru-RU"/>
        </w:rPr>
        <w:t>зачтена в счет исполнения обязательств Покупателя по оплате продукции.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8.7. </w:t>
      </w:r>
      <w:r w:rsidRPr="009B002E">
        <w:rPr>
          <w:lang w:val="ru-RU"/>
        </w:rPr>
        <w:t>Покупатель уведомлен, что в процессе транспортировки и эксплуатации в баллонах возможно возникновение микротрещин, невозможных обнаружить при визуальном осмотре, из-за чего возможн</w:t>
      </w:r>
      <w:r w:rsidRPr="009B002E">
        <w:rPr>
          <w:lang w:val="ru-RU"/>
        </w:rPr>
        <w:t>о протекание/вытекание воды. Покупатель обязуется учитывать это при выборе места установки диспенсера/кулера и хранения баллонов. В случае выявления повреждений баллонов, возникших по вине Продавца до передачи товара, Продавец обязуется произвести замену з</w:t>
      </w:r>
      <w:r w:rsidRPr="009B002E">
        <w:rPr>
          <w:lang w:val="ru-RU"/>
        </w:rPr>
        <w:t>а свой счет. После передачи товара Продавец не несет ответственности за товар/тару.</w:t>
      </w:r>
    </w:p>
    <w:p w:rsidR="006650D5" w:rsidRPr="009B002E" w:rsidRDefault="00FB06A7">
      <w:pPr>
        <w:spacing w:after="120" w:line="360" w:lineRule="auto"/>
        <w:rPr>
          <w:lang w:val="ru-RU"/>
        </w:rPr>
      </w:pPr>
      <w:r w:rsidRPr="009B002E">
        <w:rPr>
          <w:rFonts w:ascii="Times New Roman" w:eastAsia="Times New Roman" w:hAnsi="Times New Roman"/>
          <w:b/>
          <w:sz w:val="26"/>
          <w:lang w:val="ru-RU"/>
        </w:rPr>
        <w:t>9. ПРАВА И ОБЯЗАННОСТИ СТОРОН</w:t>
      </w:r>
    </w:p>
    <w:p w:rsidR="006650D5" w:rsidRPr="009B002E" w:rsidRDefault="00FB06A7">
      <w:pPr>
        <w:spacing w:after="120" w:line="360" w:lineRule="auto"/>
        <w:rPr>
          <w:lang w:val="ru-RU"/>
        </w:rPr>
      </w:pPr>
      <w:r w:rsidRPr="009B002E">
        <w:rPr>
          <w:rFonts w:ascii="Times New Roman" w:eastAsia="Times New Roman" w:hAnsi="Times New Roman"/>
          <w:b/>
          <w:sz w:val="24"/>
          <w:lang w:val="ru-RU"/>
        </w:rPr>
        <w:t>9.1. Права Покупателя: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>— требовать от Продавца соблюдения условий настоящей Публичной оферты;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>— осуществлять Заказы по телефону, электронной п</w:t>
      </w:r>
      <w:r w:rsidRPr="009B002E">
        <w:rPr>
          <w:lang w:val="ru-RU"/>
        </w:rPr>
        <w:t>очте, на сайте Интернет-магазина;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>— отказаться от товара надлежащего качества до его получения с возвратом уплаченных средств;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>— иные права, предусмотренные законодательством РФ и настоящей Публичной офертой.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b/>
          <w:lang w:val="ru-RU"/>
        </w:rPr>
        <w:t>9.2. Обязанности Покупателя: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>— предоставлять Пр</w:t>
      </w:r>
      <w:r w:rsidRPr="009B002E">
        <w:rPr>
          <w:lang w:val="ru-RU"/>
        </w:rPr>
        <w:t>одавцу достоверную информацию для выполнения обязательств;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>— не предоставлять третьим лицам доступ в Личный кабинет;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>— оплатить заказанный товар и принять его;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>— обеспечить условия для доставки и разгрузки товара (подъезд, парковка, лифт);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>— обеспечить сох</w:t>
      </w:r>
      <w:r w:rsidRPr="009B002E">
        <w:rPr>
          <w:lang w:val="ru-RU"/>
        </w:rPr>
        <w:t>ранность и своевременный возврат многооборотной тары;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— не допускать конфликтных ситуаций, угроз, агрессивного </w:t>
      </w:r>
      <w:r w:rsidR="00FF54D2">
        <w:rPr>
          <w:lang w:val="ru-RU"/>
        </w:rPr>
        <w:t xml:space="preserve">и хамского поведения (нецензурная брань, оскорбления) </w:t>
      </w:r>
      <w:r w:rsidRPr="009B002E">
        <w:rPr>
          <w:lang w:val="ru-RU"/>
        </w:rPr>
        <w:t>поведения в отношении сотрудников Продавца.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b/>
          <w:lang w:val="ru-RU"/>
        </w:rPr>
        <w:t>9.3. Права Продавца: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— приостановить или прекратить доступ Покупателя в Личный кабинет при нарушении </w:t>
      </w:r>
      <w:r w:rsidRPr="009B002E">
        <w:rPr>
          <w:lang w:val="ru-RU"/>
        </w:rPr>
        <w:t>условий оферты;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>— отказать в доставке Товаров путем отмены Заказа при нарушении условий оферты;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>— временно прекращать работу Интернет-магазина для технического обслуживания;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>— изменять условия оферты в одностороннем порядке с соблюдением порядка, установле</w:t>
      </w:r>
      <w:r w:rsidRPr="009B002E">
        <w:rPr>
          <w:lang w:val="ru-RU"/>
        </w:rPr>
        <w:t>нного п. 1.2;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>— вносить изменения в описание, характеристики, названия, внешний вид и комплектацию товаров.</w:t>
      </w:r>
    </w:p>
    <w:p w:rsidR="006650D5" w:rsidRPr="009B002E" w:rsidRDefault="00FB06A7">
      <w:pPr>
        <w:spacing w:after="120" w:line="360" w:lineRule="auto"/>
        <w:rPr>
          <w:lang w:val="ru-RU"/>
        </w:rPr>
      </w:pPr>
      <w:r w:rsidRPr="009B002E">
        <w:rPr>
          <w:rFonts w:ascii="Times New Roman" w:eastAsia="Times New Roman" w:hAnsi="Times New Roman"/>
          <w:b/>
          <w:sz w:val="24"/>
          <w:lang w:val="ru-RU"/>
        </w:rPr>
        <w:lastRenderedPageBreak/>
        <w:t>9.4. Обязанности Продавца:</w:t>
      </w:r>
    </w:p>
    <w:p w:rsidR="006650D5" w:rsidRPr="009B002E" w:rsidRDefault="00FB06A7">
      <w:pPr>
        <w:spacing w:after="120" w:line="360" w:lineRule="auto"/>
        <w:ind w:left="709"/>
        <w:rPr>
          <w:lang w:val="ru-RU"/>
        </w:rPr>
      </w:pPr>
      <w:r w:rsidRPr="009B002E">
        <w:rPr>
          <w:rFonts w:ascii="Times New Roman" w:eastAsia="Times New Roman" w:hAnsi="Times New Roman"/>
          <w:sz w:val="24"/>
          <w:lang w:val="ru-RU"/>
        </w:rPr>
        <w:t>— соблюдать условия Договора и предъявленные к Товару требования;</w:t>
      </w:r>
    </w:p>
    <w:p w:rsidR="006650D5" w:rsidRPr="009B002E" w:rsidRDefault="00FB06A7">
      <w:pPr>
        <w:spacing w:after="120" w:line="360" w:lineRule="auto"/>
        <w:ind w:left="709"/>
        <w:rPr>
          <w:lang w:val="ru-RU"/>
        </w:rPr>
      </w:pPr>
      <w:r w:rsidRPr="009B002E">
        <w:rPr>
          <w:rFonts w:ascii="Times New Roman" w:eastAsia="Times New Roman" w:hAnsi="Times New Roman"/>
          <w:sz w:val="24"/>
          <w:lang w:val="ru-RU"/>
        </w:rPr>
        <w:t xml:space="preserve">— передать Покупателю Товар в соответствии с </w:t>
      </w:r>
      <w:r w:rsidRPr="009B002E">
        <w:rPr>
          <w:rFonts w:ascii="Times New Roman" w:eastAsia="Times New Roman" w:hAnsi="Times New Roman"/>
          <w:sz w:val="24"/>
          <w:lang w:val="ru-RU"/>
        </w:rPr>
        <w:t>оформленным Заказом;</w:t>
      </w:r>
    </w:p>
    <w:p w:rsidR="006650D5" w:rsidRPr="009B002E" w:rsidRDefault="00FB06A7">
      <w:pPr>
        <w:spacing w:after="120" w:line="360" w:lineRule="auto"/>
        <w:ind w:left="709"/>
        <w:rPr>
          <w:lang w:val="ru-RU"/>
        </w:rPr>
      </w:pPr>
      <w:r w:rsidRPr="009B002E">
        <w:rPr>
          <w:rFonts w:ascii="Times New Roman" w:eastAsia="Times New Roman" w:hAnsi="Times New Roman"/>
          <w:sz w:val="24"/>
          <w:lang w:val="ru-RU"/>
        </w:rPr>
        <w:t>— нести ответственность за выполнение Заказа до передачи Товара Покупателю;</w:t>
      </w:r>
    </w:p>
    <w:p w:rsidR="006650D5" w:rsidRPr="009B002E" w:rsidRDefault="00FB06A7">
      <w:pPr>
        <w:spacing w:after="120" w:line="360" w:lineRule="auto"/>
        <w:ind w:left="709"/>
        <w:rPr>
          <w:lang w:val="ru-RU"/>
        </w:rPr>
      </w:pPr>
      <w:r w:rsidRPr="009B002E">
        <w:rPr>
          <w:rFonts w:ascii="Times New Roman" w:eastAsia="Times New Roman" w:hAnsi="Times New Roman"/>
          <w:sz w:val="24"/>
          <w:lang w:val="ru-RU"/>
        </w:rPr>
        <w:t>— информировать Покупателя о необходимости корректировки Заказа;</w:t>
      </w:r>
    </w:p>
    <w:p w:rsidR="006650D5" w:rsidRPr="009B002E" w:rsidRDefault="00FB06A7">
      <w:pPr>
        <w:spacing w:after="120" w:line="360" w:lineRule="auto"/>
        <w:ind w:left="709"/>
        <w:rPr>
          <w:lang w:val="ru-RU"/>
        </w:rPr>
      </w:pPr>
      <w:r w:rsidRPr="009B002E">
        <w:rPr>
          <w:rFonts w:ascii="Times New Roman" w:eastAsia="Times New Roman" w:hAnsi="Times New Roman"/>
          <w:sz w:val="24"/>
          <w:lang w:val="ru-RU"/>
        </w:rPr>
        <w:t>— обеспечить наличие и своевременное оформление путевых листов на транспортные средства, осуще</w:t>
      </w:r>
      <w:r w:rsidRPr="009B002E">
        <w:rPr>
          <w:rFonts w:ascii="Times New Roman" w:eastAsia="Times New Roman" w:hAnsi="Times New Roman"/>
          <w:sz w:val="24"/>
          <w:lang w:val="ru-RU"/>
        </w:rPr>
        <w:t>ствляющие доставку;</w:t>
      </w:r>
    </w:p>
    <w:p w:rsidR="006650D5" w:rsidRPr="009B002E" w:rsidRDefault="00FB06A7">
      <w:pPr>
        <w:spacing w:after="120" w:line="360" w:lineRule="auto"/>
        <w:ind w:left="709"/>
        <w:rPr>
          <w:lang w:val="ru-RU"/>
        </w:rPr>
      </w:pPr>
      <w:r w:rsidRPr="009B002E">
        <w:rPr>
          <w:rFonts w:ascii="Times New Roman" w:eastAsia="Times New Roman" w:hAnsi="Times New Roman"/>
          <w:sz w:val="24"/>
          <w:lang w:val="ru-RU"/>
        </w:rPr>
        <w:t>— соблюдать условия Политики конфиденциальности персональных данных.</w:t>
      </w:r>
    </w:p>
    <w:p w:rsidR="006650D5" w:rsidRPr="009B002E" w:rsidRDefault="00FB06A7">
      <w:pPr>
        <w:spacing w:after="120" w:line="360" w:lineRule="auto"/>
        <w:rPr>
          <w:lang w:val="ru-RU"/>
        </w:rPr>
      </w:pPr>
      <w:r w:rsidRPr="009B002E">
        <w:rPr>
          <w:rFonts w:ascii="Times New Roman" w:eastAsia="Times New Roman" w:hAnsi="Times New Roman"/>
          <w:b/>
          <w:sz w:val="26"/>
          <w:lang w:val="ru-RU"/>
        </w:rPr>
        <w:t>10. ОТВЕТСТВЕННОСТЬ СТОРОН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10.1. </w:t>
      </w:r>
      <w:r w:rsidRPr="009B002E">
        <w:rPr>
          <w:lang w:val="ru-RU"/>
        </w:rPr>
        <w:t>Стороны несут ответственность за неисполнение или ненадлежащее исполнение своих обязательств в соответствии с условиями Договора и зак</w:t>
      </w:r>
      <w:r w:rsidRPr="009B002E">
        <w:rPr>
          <w:lang w:val="ru-RU"/>
        </w:rPr>
        <w:t>онодательством РФ.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10.2. </w:t>
      </w:r>
      <w:r w:rsidRPr="009B002E">
        <w:rPr>
          <w:lang w:val="ru-RU"/>
        </w:rPr>
        <w:t>Продавец не несет ответственности за неисполнение либо ненадлежащее исполнение обязательств вследствие сбоев в телекоммуникационных и энергетических сетях, действий вредоносных программ, недобросовестных действий третьих лиц. Прода</w:t>
      </w:r>
      <w:r w:rsidRPr="009B002E">
        <w:rPr>
          <w:lang w:val="ru-RU"/>
        </w:rPr>
        <w:t>вец обязуется принимать все разумные меры для предотвращения таких перебоев.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10.3. </w:t>
      </w:r>
      <w:r w:rsidRPr="009B002E">
        <w:rPr>
          <w:lang w:val="ru-RU"/>
        </w:rPr>
        <w:t>Продавец несет полную ответственность перед контролирующими органами за соблюдение требований законодательства при перевозке товара</w:t>
      </w:r>
      <w:r w:rsidRPr="009B002E">
        <w:rPr>
          <w:lang w:val="ru-RU"/>
        </w:rPr>
        <w:t>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10.4. </w:t>
      </w:r>
      <w:r w:rsidRPr="009B002E">
        <w:rPr>
          <w:lang w:val="ru-RU"/>
        </w:rPr>
        <w:t>Покупатель не несет административной, уголовной, налоговой или иной ответственности за нарушения, допущенные Продавцом или привлеченными им третьими лицами при перевоз</w:t>
      </w:r>
      <w:r w:rsidRPr="009B002E">
        <w:rPr>
          <w:lang w:val="ru-RU"/>
        </w:rPr>
        <w:t>ке товара</w:t>
      </w:r>
      <w:r w:rsidR="00FF54D2">
        <w:rPr>
          <w:lang w:val="ru-RU"/>
        </w:rPr>
        <w:t>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10.5. </w:t>
      </w:r>
      <w:r w:rsidRPr="009B002E">
        <w:rPr>
          <w:lang w:val="ru-RU"/>
        </w:rPr>
        <w:t>В случае наложения на Покупателя штрафа, предписания или иной санкции контролирующего органа вследствие нарушений, допущенных Продавцом при перевозке товара</w:t>
      </w:r>
      <w:r w:rsidRPr="009B002E">
        <w:rPr>
          <w:lang w:val="ru-RU"/>
        </w:rPr>
        <w:t>, Продавец обязуется в течение 5 (пяти) рабочих дней с момента получения соответствующего требования возместить Покупателю все понесенные убытки, включая сумму штрафа, судебные расходы, расходы на представителя и иные документально подтвержденные затраты.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10.6. </w:t>
      </w:r>
      <w:r w:rsidRPr="009B002E">
        <w:rPr>
          <w:lang w:val="ru-RU"/>
        </w:rPr>
        <w:t>В случае форс-мажорных обстоятельств, документально подтвержденных соответствующими органами, Стороны освобождаются от исполнения настоящей Публичной оферты в части, затронутой форс-мажором.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10.7. </w:t>
      </w:r>
      <w:r w:rsidRPr="009B002E">
        <w:rPr>
          <w:lang w:val="ru-RU"/>
        </w:rPr>
        <w:t>Продавец не несет ответственности, не может выступать</w:t>
      </w:r>
      <w:r w:rsidRPr="009B002E">
        <w:rPr>
          <w:lang w:val="ru-RU"/>
        </w:rPr>
        <w:t xml:space="preserve"> в качестве ответчика в суде и не возмещает убытки, возникшие у Покупателя из-за действия или бездействия третьих лиц, привлеченных Продавцом для исполнения Договора, за исключением случаев, когда Продавец самостоятельно признает свою вину или вина Продавц</w:t>
      </w:r>
      <w:r w:rsidRPr="009B002E">
        <w:rPr>
          <w:lang w:val="ru-RU"/>
        </w:rPr>
        <w:t>а установлена в судебном порядке.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10.8. </w:t>
      </w:r>
      <w:r w:rsidRPr="009B002E">
        <w:rPr>
          <w:lang w:val="ru-RU"/>
        </w:rPr>
        <w:t>Продавец не несет ответственности в случае некорректного выбора Покупателем характеристик или свойств Товара.</w:t>
      </w:r>
    </w:p>
    <w:p w:rsidR="006650D5" w:rsidRPr="009B002E" w:rsidRDefault="00FB06A7">
      <w:pPr>
        <w:spacing w:after="120" w:line="360" w:lineRule="auto"/>
        <w:rPr>
          <w:lang w:val="ru-RU"/>
        </w:rPr>
      </w:pPr>
      <w:r w:rsidRPr="009B002E">
        <w:rPr>
          <w:rFonts w:ascii="Times New Roman" w:eastAsia="Times New Roman" w:hAnsi="Times New Roman"/>
          <w:b/>
          <w:sz w:val="26"/>
          <w:lang w:val="ru-RU"/>
        </w:rPr>
        <w:lastRenderedPageBreak/>
        <w:t>11. ПРОЧИЕ УСЛОВИЯ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11.1. </w:t>
      </w:r>
      <w:r w:rsidRPr="009B002E">
        <w:rPr>
          <w:lang w:val="ru-RU"/>
        </w:rPr>
        <w:t>К отношениям между Покупателем и Продавцом применяется законодательство Российско</w:t>
      </w:r>
      <w:r w:rsidRPr="009B002E">
        <w:rPr>
          <w:lang w:val="ru-RU"/>
        </w:rPr>
        <w:t>й Федерации.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11.2. </w:t>
      </w:r>
      <w:r w:rsidRPr="009B002E">
        <w:rPr>
          <w:lang w:val="ru-RU"/>
        </w:rPr>
        <w:t>Для Покупателя-физического лица товар приобретается исключительно для личных, семейных, домашних и иных нужд, не связанных с осуществлением предпринимательской деятельности. К отношениям с Покупателем-физическим лицом применяются положен</w:t>
      </w:r>
      <w:r w:rsidRPr="009B002E">
        <w:rPr>
          <w:lang w:val="ru-RU"/>
        </w:rPr>
        <w:t>ия Закона РФ «О защите прав потребителей».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11.3. </w:t>
      </w:r>
      <w:r w:rsidRPr="009B002E">
        <w:rPr>
          <w:lang w:val="ru-RU"/>
        </w:rPr>
        <w:t>К отношениям с Покупателем-юридическим лицом или индивидуальным предпринимателем применяются положения Гражданского кодекса РФ. Положения Закона РФ «О защите прав потребителей» к таким отношениям не применяю</w:t>
      </w:r>
      <w:r w:rsidRPr="009B002E">
        <w:rPr>
          <w:lang w:val="ru-RU"/>
        </w:rPr>
        <w:t>тся.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11.4. </w:t>
      </w:r>
      <w:r w:rsidRPr="009B002E">
        <w:rPr>
          <w:lang w:val="ru-RU"/>
        </w:rPr>
        <w:t>Условия Публичной оферты обязательны для Сторон в случае заказа, возврата, обмена Покупателем Товара у Продавца.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11.5. </w:t>
      </w:r>
      <w:r w:rsidRPr="009B002E">
        <w:rPr>
          <w:lang w:val="ru-RU"/>
        </w:rPr>
        <w:t>Покупатель гарантирует, что условия Публичной оферты ему понятны, и он принимает их безусловно и в полном объеме.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11.6. </w:t>
      </w:r>
      <w:r w:rsidRPr="009B002E">
        <w:rPr>
          <w:lang w:val="ru-RU"/>
        </w:rPr>
        <w:t>Недейс</w:t>
      </w:r>
      <w:r w:rsidRPr="009B002E">
        <w:rPr>
          <w:lang w:val="ru-RU"/>
        </w:rPr>
        <w:t>твительность какого-либо положения настоящей Публичной оферты не влечет за собой недействительность остальных положений.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11.7. </w:t>
      </w:r>
      <w:r w:rsidRPr="009B002E">
        <w:rPr>
          <w:lang w:val="ru-RU"/>
        </w:rPr>
        <w:t>Во всем, что не предусмотрено настоящей Публичной офертой, Стороны руководствуются законодательством Российской Федерации.</w:t>
      </w:r>
    </w:p>
    <w:p w:rsidR="006650D5" w:rsidRPr="009B002E" w:rsidRDefault="00FB06A7" w:rsidP="00FF54D2">
      <w:pPr>
        <w:jc w:val="both"/>
        <w:rPr>
          <w:lang w:val="ru-RU"/>
        </w:rPr>
      </w:pPr>
      <w:r w:rsidRPr="009B002E">
        <w:rPr>
          <w:lang w:val="ru-RU"/>
        </w:rPr>
        <w:t xml:space="preserve">11.8. </w:t>
      </w:r>
      <w:r w:rsidRPr="009B002E">
        <w:rPr>
          <w:lang w:val="ru-RU"/>
        </w:rPr>
        <w:t>Все споры и разногласия, возникающие из настоящего Договора или в связи с его исполнением, Стороны будут стремиться разрешить путем переговоров. В случае невозможности достижения соглашения спор подлежит рассмотрению в суде по месту нахождения Продавца.</w:t>
      </w:r>
    </w:p>
    <w:p w:rsidR="006650D5" w:rsidRPr="009B002E" w:rsidRDefault="00FB06A7">
      <w:pPr>
        <w:spacing w:after="120" w:line="360" w:lineRule="auto"/>
        <w:rPr>
          <w:lang w:val="ru-RU"/>
        </w:rPr>
      </w:pPr>
      <w:r w:rsidRPr="009B002E">
        <w:rPr>
          <w:rFonts w:ascii="Times New Roman" w:eastAsia="Times New Roman" w:hAnsi="Times New Roman"/>
          <w:b/>
          <w:sz w:val="26"/>
          <w:lang w:val="ru-RU"/>
        </w:rPr>
        <w:t>12</w:t>
      </w:r>
      <w:r w:rsidRPr="009B002E">
        <w:rPr>
          <w:rFonts w:ascii="Times New Roman" w:eastAsia="Times New Roman" w:hAnsi="Times New Roman"/>
          <w:b/>
          <w:sz w:val="26"/>
          <w:lang w:val="ru-RU"/>
        </w:rPr>
        <w:t>. РЕКВИЗИТЫ ПРОДАВЦА</w:t>
      </w:r>
    </w:p>
    <w:p w:rsidR="00FF54D2" w:rsidRDefault="00FF54D2" w:rsidP="00FF54D2">
      <w:pPr>
        <w:pStyle w:val="Normal1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A510F">
        <w:rPr>
          <w:rFonts w:ascii="Times New Roman" w:hAnsi="Times New Roman"/>
          <w:b/>
          <w:color w:val="000000"/>
          <w:sz w:val="24"/>
          <w:szCs w:val="24"/>
        </w:rPr>
        <w:t>ИП Баранов Иван Сергеевич</w:t>
      </w:r>
    </w:p>
    <w:p w:rsidR="00FF54D2" w:rsidRPr="00CA510F" w:rsidRDefault="00FF54D2" w:rsidP="00FF54D2">
      <w:pPr>
        <w:pStyle w:val="Normal1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F54D2" w:rsidRPr="00CA510F" w:rsidRDefault="00FF54D2" w:rsidP="00FF54D2">
      <w:pPr>
        <w:pStyle w:val="ConsPlusNormal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A510F">
        <w:rPr>
          <w:rFonts w:ascii="Times New Roman" w:hAnsi="Times New Roman" w:cs="Times New Roman"/>
          <w:color w:val="000000"/>
          <w:sz w:val="24"/>
          <w:szCs w:val="24"/>
        </w:rPr>
        <w:t>ИНН: 710501684607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A510F">
        <w:rPr>
          <w:rFonts w:ascii="Times New Roman" w:hAnsi="Times New Roman" w:cs="Times New Roman"/>
          <w:color w:val="000000"/>
          <w:sz w:val="24"/>
          <w:szCs w:val="24"/>
        </w:rPr>
        <w:t>ОГРНИП: 319715400059651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CA510F">
        <w:rPr>
          <w:rFonts w:ascii="Times New Roman" w:hAnsi="Times New Roman" w:cs="Times New Roman"/>
          <w:color w:val="000000"/>
          <w:sz w:val="24"/>
          <w:szCs w:val="24"/>
        </w:rPr>
        <w:t xml:space="preserve">дрес: 300026, </w:t>
      </w:r>
      <w:proofErr w:type="spellStart"/>
      <w:r w:rsidRPr="00CA510F">
        <w:rPr>
          <w:rFonts w:ascii="Times New Roman" w:hAnsi="Times New Roman" w:cs="Times New Roman"/>
          <w:color w:val="000000"/>
          <w:sz w:val="24"/>
          <w:szCs w:val="24"/>
        </w:rPr>
        <w:t>г.Тула</w:t>
      </w:r>
      <w:proofErr w:type="spellEnd"/>
      <w:r w:rsidRPr="00CA510F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A510F">
        <w:rPr>
          <w:rFonts w:ascii="Times New Roman" w:hAnsi="Times New Roman" w:cs="Times New Roman"/>
          <w:color w:val="000000"/>
          <w:sz w:val="24"/>
          <w:szCs w:val="24"/>
        </w:rPr>
        <w:t>ул.Н.Руднева</w:t>
      </w:r>
      <w:proofErr w:type="spellEnd"/>
      <w:r w:rsidRPr="00CA510F">
        <w:rPr>
          <w:rFonts w:ascii="Times New Roman" w:hAnsi="Times New Roman" w:cs="Times New Roman"/>
          <w:color w:val="000000"/>
          <w:sz w:val="24"/>
          <w:szCs w:val="24"/>
        </w:rPr>
        <w:t>, д.54, кв.29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A510F">
        <w:rPr>
          <w:rFonts w:ascii="Times New Roman" w:hAnsi="Times New Roman" w:cs="Times New Roman"/>
          <w:color w:val="000000"/>
          <w:sz w:val="24"/>
          <w:szCs w:val="24"/>
        </w:rPr>
        <w:t>р/с: 40802810208500020537 в Филиале Точка Публичного акционерного общества Банка «Финансовая Корпорация Открытие»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к/с</w:t>
      </w:r>
      <w:r w:rsidRPr="00CA510F">
        <w:rPr>
          <w:rFonts w:ascii="Times New Roman" w:hAnsi="Times New Roman" w:cs="Times New Roman"/>
          <w:color w:val="000000"/>
          <w:sz w:val="24"/>
          <w:szCs w:val="24"/>
        </w:rPr>
        <w:t>: 30101810845250000999</w:t>
      </w:r>
    </w:p>
    <w:p w:rsidR="00FF54D2" w:rsidRDefault="00FF54D2" w:rsidP="00FF54D2">
      <w:pPr>
        <w:jc w:val="both"/>
        <w:rPr>
          <w:color w:val="000000"/>
          <w:sz w:val="24"/>
          <w:szCs w:val="24"/>
          <w:lang w:val="ru-RU"/>
        </w:rPr>
      </w:pPr>
      <w:r w:rsidRPr="00FF54D2">
        <w:rPr>
          <w:color w:val="000000"/>
          <w:sz w:val="24"/>
          <w:szCs w:val="24"/>
          <w:lang w:val="ru-RU"/>
        </w:rPr>
        <w:t>БИК: 044525999</w:t>
      </w:r>
      <w:r w:rsidR="00FB06A7">
        <w:rPr>
          <w:color w:val="000000"/>
          <w:sz w:val="24"/>
          <w:szCs w:val="24"/>
          <w:lang w:val="ru-RU"/>
        </w:rPr>
        <w:t xml:space="preserve"> </w:t>
      </w:r>
    </w:p>
    <w:p w:rsidR="00FB06A7" w:rsidRDefault="00FB06A7" w:rsidP="00FB06A7">
      <w:pPr>
        <w:jc w:val="both"/>
      </w:pPr>
      <w:proofErr w:type="spellStart"/>
      <w:r>
        <w:t>Сайт</w:t>
      </w:r>
      <w:proofErr w:type="spellEnd"/>
      <w:r>
        <w:t xml:space="preserve"> </w:t>
      </w:r>
      <w:r>
        <w:t>Waterbaikal</w:t>
      </w:r>
      <w:r w:rsidRPr="009B002E">
        <w:t>.</w:t>
      </w:r>
      <w:r>
        <w:t>ru</w:t>
      </w:r>
    </w:p>
    <w:p w:rsidR="00FB06A7" w:rsidRDefault="00FB06A7" w:rsidP="00FB06A7">
      <w:pPr>
        <w:jc w:val="both"/>
      </w:pPr>
      <w:r>
        <w:t>E-mail: info@waterbaikal.ru</w:t>
      </w:r>
    </w:p>
    <w:p w:rsidR="00FB06A7" w:rsidRPr="00FF54D2" w:rsidRDefault="00FB06A7" w:rsidP="00FB06A7">
      <w:pPr>
        <w:jc w:val="both"/>
        <w:rPr>
          <w:color w:val="000000"/>
          <w:sz w:val="24"/>
          <w:szCs w:val="24"/>
        </w:rPr>
      </w:pPr>
      <w:proofErr w:type="spellStart"/>
      <w:r>
        <w:t>Т</w:t>
      </w:r>
      <w:r w:rsidRPr="009B002E">
        <w:t>елефон</w:t>
      </w:r>
      <w:proofErr w:type="spellEnd"/>
      <w:r w:rsidRPr="009B002E">
        <w:t xml:space="preserve">: </w:t>
      </w:r>
      <w:r w:rsidRPr="00BE4551">
        <w:rPr>
          <w:rFonts w:cs="Times New Roman"/>
          <w:color w:val="000000" w:themeColor="text1"/>
        </w:rPr>
        <w:t>+7</w:t>
      </w:r>
      <w:r w:rsidRPr="00BE4551">
        <w:rPr>
          <w:rFonts w:cs="Times New Roman"/>
          <w:color w:val="000000" w:themeColor="text1"/>
          <w:shd w:val="clear" w:color="auto" w:fill="FFFFFF"/>
        </w:rPr>
        <w:t xml:space="preserve"> (800) 100-51-39</w:t>
      </w:r>
    </w:p>
    <w:p w:rsidR="006650D5" w:rsidRPr="00FB06A7" w:rsidRDefault="00FB06A7">
      <w:pPr>
        <w:spacing w:after="120" w:line="360" w:lineRule="auto"/>
      </w:pPr>
      <w:r w:rsidRPr="00FB06A7">
        <w:rPr>
          <w:rFonts w:ascii="Times New Roman" w:eastAsia="Times New Roman" w:hAnsi="Times New Roman"/>
          <w:sz w:val="24"/>
        </w:rPr>
        <w:br/>
      </w:r>
    </w:p>
    <w:p w:rsidR="006650D5" w:rsidRPr="009B002E" w:rsidRDefault="00FB06A7">
      <w:pPr>
        <w:spacing w:after="120" w:line="360" w:lineRule="auto"/>
        <w:rPr>
          <w:lang w:val="ru-RU"/>
        </w:rPr>
      </w:pPr>
      <w:r w:rsidRPr="009B002E">
        <w:rPr>
          <w:rFonts w:ascii="Times New Roman" w:eastAsia="Times New Roman" w:hAnsi="Times New Roman"/>
          <w:sz w:val="24"/>
          <w:lang w:val="ru-RU"/>
        </w:rPr>
        <w:t xml:space="preserve">Настоящая Публичная оферта размещена на сайте </w:t>
      </w:r>
      <w:r>
        <w:rPr>
          <w:rFonts w:ascii="Times New Roman" w:eastAsia="Times New Roman" w:hAnsi="Times New Roman"/>
          <w:sz w:val="24"/>
        </w:rPr>
        <w:t>https</w:t>
      </w:r>
      <w:r w:rsidRPr="009B002E">
        <w:rPr>
          <w:rFonts w:ascii="Times New Roman" w:eastAsia="Times New Roman" w:hAnsi="Times New Roman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sz w:val="24"/>
        </w:rPr>
        <w:t>waterbaikal</w:t>
      </w:r>
      <w:proofErr w:type="spellEnd"/>
      <w:r w:rsidRPr="009B002E">
        <w:rPr>
          <w:rFonts w:ascii="Times New Roman" w:eastAsia="Times New Roman" w:hAnsi="Times New Roman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sz w:val="24"/>
        </w:rPr>
        <w:t>ru</w:t>
      </w:r>
      <w:proofErr w:type="spellEnd"/>
      <w:r w:rsidRPr="009B002E">
        <w:rPr>
          <w:rFonts w:ascii="Times New Roman" w:eastAsia="Times New Roman" w:hAnsi="Times New Roman"/>
          <w:sz w:val="24"/>
          <w:lang w:val="ru-RU"/>
        </w:rPr>
        <w:t>/ и вступает в силу с момента размещения.</w:t>
      </w:r>
    </w:p>
    <w:sectPr w:rsidR="006650D5" w:rsidRPr="009B002E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 CYR">
    <w:altName w:val="Cambria"/>
    <w:panose1 w:val="020B06040202020202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2D5C"/>
    <w:rsid w:val="00326F90"/>
    <w:rsid w:val="0050072B"/>
    <w:rsid w:val="006650D5"/>
    <w:rsid w:val="00947986"/>
    <w:rsid w:val="00972425"/>
    <w:rsid w:val="009B002E"/>
    <w:rsid w:val="00AA1D8D"/>
    <w:rsid w:val="00B47730"/>
    <w:rsid w:val="00BE4551"/>
    <w:rsid w:val="00CB0664"/>
    <w:rsid w:val="00FB06A7"/>
    <w:rsid w:val="00FC15DA"/>
    <w:rsid w:val="00FC693F"/>
    <w:rsid w:val="00FF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5C71CF"/>
  <w14:defaultImageDpi w14:val="300"/>
  <w15:docId w15:val="{A94D7A2A-8383-4448-BA38-F32E44B56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semiHidden/>
    <w:unhideWhenUsed/>
    <w:rsid w:val="00BE4551"/>
    <w:rPr>
      <w:color w:val="0000FF"/>
      <w:u w:val="single"/>
    </w:rPr>
  </w:style>
  <w:style w:type="paragraph" w:customStyle="1" w:styleId="ConsPlusNormal">
    <w:name w:val="ConsPlusNormal"/>
    <w:qFormat/>
    <w:rsid w:val="00FF54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val="ru-RU" w:eastAsia="ru-RU"/>
    </w:rPr>
  </w:style>
  <w:style w:type="paragraph" w:customStyle="1" w:styleId="Normal1">
    <w:name w:val="Normal1"/>
    <w:rsid w:val="00FF54D2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30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38C92E-ABFD-4748-B567-33342FD1A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3818</Words>
  <Characters>21767</Characters>
  <Application>Microsoft Office Word</Application>
  <DocSecurity>0</DocSecurity>
  <Lines>181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t11354</cp:lastModifiedBy>
  <cp:revision>3</cp:revision>
  <dcterms:created xsi:type="dcterms:W3CDTF">2026-08-27T14:09:00Z</dcterms:created>
  <dcterms:modified xsi:type="dcterms:W3CDTF">2026-08-27T14:44:00Z</dcterms:modified>
  <cp:category/>
</cp:coreProperties>
</file>